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99FDB" w14:textId="77777777" w:rsidR="000B225D" w:rsidRPr="001D2315" w:rsidRDefault="00000000">
      <w:pPr>
        <w:spacing w:before="120" w:after="40"/>
        <w:jc w:val="center"/>
        <w:rPr>
          <w:sz w:val="36"/>
          <w:szCs w:val="36"/>
        </w:rPr>
      </w:pPr>
      <w:r w:rsidRPr="001D2315">
        <w:rPr>
          <w:b/>
          <w:color w:val="0B67B1"/>
          <w:sz w:val="36"/>
          <w:szCs w:val="36"/>
        </w:rPr>
        <w:t>NBIIC-HI GLOBAL EXPERT &amp; TALENT POOL</w:t>
      </w:r>
    </w:p>
    <w:p w14:paraId="39968361" w14:textId="77777777" w:rsidR="000B225D" w:rsidRPr="001D2315" w:rsidRDefault="00000000">
      <w:pPr>
        <w:spacing w:after="80"/>
        <w:jc w:val="center"/>
        <w:rPr>
          <w:sz w:val="36"/>
          <w:szCs w:val="36"/>
        </w:rPr>
      </w:pPr>
      <w:r w:rsidRPr="001D2315">
        <w:rPr>
          <w:b/>
          <w:sz w:val="36"/>
          <w:szCs w:val="36"/>
        </w:rPr>
        <w:t>APPLICATION FORM</w:t>
      </w:r>
    </w:p>
    <w:p w14:paraId="5E3AEC97" w14:textId="77777777" w:rsidR="000B225D" w:rsidRPr="001D2315" w:rsidRDefault="00000000">
      <w:pPr>
        <w:spacing w:after="40"/>
        <w:jc w:val="center"/>
        <w:rPr>
          <w:sz w:val="32"/>
          <w:szCs w:val="32"/>
        </w:rPr>
      </w:pPr>
      <w:r w:rsidRPr="001D2315">
        <w:rPr>
          <w:b/>
          <w:sz w:val="32"/>
          <w:szCs w:val="32"/>
        </w:rPr>
        <w:t>全球专家与人才库申请表</w:t>
      </w:r>
    </w:p>
    <w:p w14:paraId="15933A38" w14:textId="77777777" w:rsidR="000B225D" w:rsidRDefault="00000000">
      <w:pPr>
        <w:spacing w:after="200"/>
        <w:jc w:val="center"/>
      </w:pPr>
      <w:r>
        <w:rPr>
          <w:b/>
          <w:color w:val="0B67B1"/>
        </w:rPr>
        <w:t>Academic • Clinical • Research • Innovation • Industry • Global Collaboration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0F4D1E70" w14:textId="77777777">
        <w:trPr>
          <w:cantSplit/>
        </w:trPr>
        <w:tc>
          <w:tcPr>
            <w:tcW w:w="9980" w:type="dxa"/>
            <w:tcBorders>
              <w:top w:val="single" w:sz="8" w:space="0" w:color="0B67B1"/>
              <w:left w:val="single" w:sz="8" w:space="0" w:color="0B67B1"/>
              <w:bottom w:val="single" w:sz="8" w:space="0" w:color="0B67B1"/>
              <w:right w:val="single" w:sz="8" w:space="0" w:color="0B67B1"/>
            </w:tcBorders>
            <w:shd w:val="clear" w:color="auto" w:fill="EAF3FB"/>
            <w:tcMar>
              <w:top w:w="130" w:type="dxa"/>
              <w:left w:w="150" w:type="dxa"/>
              <w:bottom w:w="120" w:type="dxa"/>
              <w:right w:w="150" w:type="dxa"/>
            </w:tcMar>
          </w:tcPr>
          <w:p w14:paraId="4C2D3642" w14:textId="77777777" w:rsidR="000B225D" w:rsidRDefault="00000000">
            <w:pPr>
              <w:spacing w:after="80" w:line="259" w:lineRule="auto"/>
            </w:pPr>
            <w:r>
              <w:rPr>
                <w:b/>
                <w:color w:val="0B67B1"/>
                <w:sz w:val="17"/>
              </w:rPr>
              <w:t xml:space="preserve">Purpose / </w:t>
            </w:r>
            <w:r>
              <w:rPr>
                <w:b/>
                <w:color w:val="0B67B1"/>
                <w:sz w:val="17"/>
              </w:rPr>
              <w:t>用途</w:t>
            </w:r>
            <w:r>
              <w:rPr>
                <w:b/>
                <w:color w:val="0B67B1"/>
                <w:sz w:val="17"/>
              </w:rPr>
              <w:t xml:space="preserve">. </w:t>
            </w:r>
            <w:r>
              <w:rPr>
                <w:sz w:val="17"/>
              </w:rPr>
              <w:t>This form is for qualified individuals seeking inclusion in the NBIIC-HI global expert and talent pool and consideration for suitable research, advisory, clinical, innovation, industry, or international-collaboration pathways.</w:t>
            </w:r>
            <w:r>
              <w:rPr>
                <w:color w:val="526173"/>
                <w:sz w:val="16"/>
              </w:rPr>
              <w:t xml:space="preserve"> </w:t>
            </w:r>
            <w:r>
              <w:rPr>
                <w:color w:val="526173"/>
                <w:sz w:val="16"/>
              </w:rPr>
              <w:t>本表供申请加入</w:t>
            </w:r>
            <w:r>
              <w:rPr>
                <w:color w:val="526173"/>
                <w:sz w:val="16"/>
              </w:rPr>
              <w:t>NBIIC-HI</w:t>
            </w:r>
            <w:r>
              <w:rPr>
                <w:color w:val="526173"/>
                <w:sz w:val="16"/>
              </w:rPr>
              <w:t>全球专家与人才库，并接受研究、顾问、临床、创新、产业或国际合作方向的综合评估。</w:t>
            </w:r>
          </w:p>
          <w:p w14:paraId="7D87597D" w14:textId="77777777" w:rsidR="000B225D" w:rsidRDefault="00000000">
            <w:pPr>
              <w:spacing w:after="80" w:line="259" w:lineRule="auto"/>
            </w:pPr>
            <w:r>
              <w:rPr>
                <w:b/>
                <w:color w:val="0B67B1"/>
                <w:sz w:val="17"/>
              </w:rPr>
              <w:t xml:space="preserve">Preliminary review / </w:t>
            </w:r>
            <w:r>
              <w:rPr>
                <w:b/>
                <w:color w:val="0B67B1"/>
                <w:sz w:val="17"/>
              </w:rPr>
              <w:t>初步审核</w:t>
            </w:r>
            <w:r>
              <w:rPr>
                <w:b/>
                <w:color w:val="0B67B1"/>
                <w:sz w:val="17"/>
              </w:rPr>
              <w:t xml:space="preserve">. </w:t>
            </w:r>
            <w:r>
              <w:rPr>
                <w:sz w:val="17"/>
              </w:rPr>
              <w:t>Submission does not guarantee acceptance, appointment, employment, funding, project participation, public profile publication, or authority to represent NBIIC-HI.</w:t>
            </w:r>
            <w:r>
              <w:rPr>
                <w:color w:val="526173"/>
                <w:sz w:val="16"/>
              </w:rPr>
              <w:t xml:space="preserve"> </w:t>
            </w:r>
            <w:r>
              <w:rPr>
                <w:color w:val="526173"/>
                <w:sz w:val="16"/>
              </w:rPr>
              <w:t>提交申请不代表自动入库、获得聘任、建立劳动关系、获得经费、参与项目、公开展示或取得代表</w:t>
            </w:r>
            <w:r>
              <w:rPr>
                <w:color w:val="526173"/>
                <w:sz w:val="16"/>
              </w:rPr>
              <w:t>NBIIC-HI</w:t>
            </w:r>
            <w:r>
              <w:rPr>
                <w:color w:val="526173"/>
                <w:sz w:val="16"/>
              </w:rPr>
              <w:t>的权限。</w:t>
            </w:r>
          </w:p>
          <w:p w14:paraId="4C81169B" w14:textId="77777777" w:rsidR="000B225D" w:rsidRDefault="00000000">
            <w:pPr>
              <w:spacing w:after="0" w:line="259" w:lineRule="auto"/>
            </w:pPr>
            <w:r>
              <w:rPr>
                <w:b/>
                <w:color w:val="0B67B1"/>
                <w:sz w:val="17"/>
              </w:rPr>
              <w:t xml:space="preserve">Confidentiality / </w:t>
            </w:r>
            <w:r>
              <w:rPr>
                <w:b/>
                <w:color w:val="0B67B1"/>
                <w:sz w:val="17"/>
              </w:rPr>
              <w:t>保密要求</w:t>
            </w:r>
            <w:r>
              <w:rPr>
                <w:b/>
                <w:color w:val="0B67B1"/>
                <w:sz w:val="17"/>
              </w:rPr>
              <w:t xml:space="preserve">. </w:t>
            </w:r>
            <w:r>
              <w:rPr>
                <w:sz w:val="17"/>
              </w:rPr>
              <w:t>Provide concise, non-confidential information only. Do not include identifiable patient information, confidential employer information, proprietary data, or unpublished materials that you are not authorized to disclose.</w:t>
            </w:r>
            <w:r>
              <w:rPr>
                <w:color w:val="526173"/>
                <w:sz w:val="16"/>
              </w:rPr>
              <w:t xml:space="preserve"> </w:t>
            </w:r>
            <w:r>
              <w:rPr>
                <w:color w:val="526173"/>
                <w:sz w:val="16"/>
              </w:rPr>
              <w:t>请仅提交简明且非保密的信息，不得包含可识别患者信息、所在单位保密信息、商业秘密或无权披露的未公开材料。</w:t>
            </w:r>
          </w:p>
        </w:tc>
      </w:tr>
    </w:tbl>
    <w:p w14:paraId="1C957845" w14:textId="77777777" w:rsidR="000B225D" w:rsidRDefault="000B225D">
      <w:pPr>
        <w:spacing w:after="40"/>
      </w:pPr>
    </w:p>
    <w:p w14:paraId="2D33B0C8" w14:textId="77777777" w:rsidR="000B225D" w:rsidRDefault="00000000">
      <w:pPr>
        <w:pStyle w:val="1"/>
      </w:pPr>
      <w:r>
        <w:rPr>
          <w:rFonts w:ascii="Arial" w:eastAsia="SimSun" w:hAnsi="Arial"/>
        </w:rPr>
        <w:t>A. Personal and Professional Information</w:t>
      </w:r>
      <w:r>
        <w:rPr>
          <w:rFonts w:ascii="Arial" w:eastAsia="SimSun" w:hAnsi="Arial"/>
          <w:sz w:val="27"/>
        </w:rPr>
        <w:t xml:space="preserve">  </w:t>
      </w:r>
      <w:r>
        <w:rPr>
          <w:rFonts w:ascii="Arial" w:eastAsia="SimSun" w:hAnsi="Arial"/>
          <w:sz w:val="27"/>
        </w:rPr>
        <w:t>个人与职业信息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550"/>
        <w:gridCol w:w="3550"/>
        <w:gridCol w:w="2880"/>
      </w:tblGrid>
      <w:tr w:rsidR="00EF0686" w14:paraId="2ABE2917" w14:textId="77777777" w:rsidTr="0009411F">
        <w:trPr>
          <w:cantSplit/>
          <w:trHeight w:val="880"/>
        </w:trPr>
        <w:tc>
          <w:tcPr>
            <w:tcW w:w="35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311A799" w14:textId="77777777" w:rsidR="00EF0686" w:rsidRDefault="00EF0686">
            <w:pPr>
              <w:spacing w:after="0" w:line="252" w:lineRule="auto"/>
            </w:pPr>
            <w:r>
              <w:rPr>
                <w:b/>
                <w:sz w:val="18"/>
              </w:rPr>
              <w:t>Full legal name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法定姓名</w:t>
            </w:r>
          </w:p>
          <w:p w14:paraId="4757623D" w14:textId="77777777" w:rsidR="00EF0686" w:rsidRDefault="00EF0686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35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8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E6086D6" w14:textId="77777777" w:rsidR="00EF0686" w:rsidRDefault="00EF0686">
            <w:pPr>
              <w:spacing w:after="0" w:line="252" w:lineRule="auto"/>
            </w:pPr>
            <w:r>
              <w:rPr>
                <w:b/>
                <w:sz w:val="18"/>
              </w:rPr>
              <w:t>Preferred English name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常用英文姓名</w:t>
            </w:r>
          </w:p>
          <w:p w14:paraId="5821C749" w14:textId="77777777" w:rsidR="00EF0686" w:rsidRDefault="00EF0686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2880" w:type="dxa"/>
            <w:vMerge w:val="restart"/>
            <w:tcBorders>
              <w:top w:val="single" w:sz="8" w:space="0" w:color="B7D4EC"/>
              <w:left w:val="single" w:sz="8" w:space="0" w:color="B7D4EC"/>
              <w:right w:val="single" w:sz="8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2E72BFD" w14:textId="77777777" w:rsidR="00EF0686" w:rsidRDefault="00EF0686" w:rsidP="0009411F">
            <w:pPr>
              <w:snapToGrid w:val="0"/>
              <w:spacing w:after="0" w:line="252" w:lineRule="auto"/>
            </w:pPr>
            <w:r>
              <w:rPr>
                <w:b/>
                <w:sz w:val="18"/>
              </w:rPr>
              <w:t>Headshot</w:t>
            </w:r>
            <w:r>
              <w:rPr>
                <w:color w:val="526173"/>
                <w:sz w:val="18"/>
              </w:rPr>
              <w:t xml:space="preserve"> / </w:t>
            </w:r>
            <w:proofErr w:type="spellStart"/>
            <w:r>
              <w:rPr>
                <w:b/>
                <w:color w:val="526173"/>
                <w:sz w:val="17"/>
              </w:rPr>
              <w:t>个人照片</w:t>
            </w:r>
            <w:proofErr w:type="spellEnd"/>
          </w:p>
          <w:p w14:paraId="2A22E680" w14:textId="77777777" w:rsidR="00EF0686" w:rsidRDefault="00EF0686" w:rsidP="0009411F">
            <w:pPr>
              <w:snapToGrid w:val="0"/>
              <w:rPr>
                <w:i/>
                <w:color w:val="7A8492"/>
                <w:sz w:val="16"/>
              </w:rPr>
            </w:pPr>
            <w:r>
              <w:rPr>
                <w:i/>
                <w:color w:val="7A8492"/>
                <w:sz w:val="16"/>
              </w:rPr>
              <w:t>Insert a recent professional headshot here</w:t>
            </w:r>
          </w:p>
          <w:p w14:paraId="198F550A" w14:textId="77777777" w:rsidR="00723B5A" w:rsidRDefault="00723B5A" w:rsidP="0009411F">
            <w:pPr>
              <w:snapToGrid w:val="0"/>
              <w:rPr>
                <w:lang w:eastAsia="zh-CN"/>
              </w:rPr>
            </w:pPr>
          </w:p>
        </w:tc>
      </w:tr>
      <w:tr w:rsidR="00EF0686" w14:paraId="29F7EA61" w14:textId="77777777" w:rsidTr="00A900F6">
        <w:trPr>
          <w:cantSplit/>
          <w:trHeight w:val="880"/>
        </w:trPr>
        <w:tc>
          <w:tcPr>
            <w:tcW w:w="35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C3B23A2" w14:textId="77777777" w:rsidR="00EF0686" w:rsidRDefault="00EF0686">
            <w:pPr>
              <w:spacing w:after="0" w:line="252" w:lineRule="auto"/>
            </w:pPr>
            <w:r>
              <w:rPr>
                <w:b/>
                <w:sz w:val="18"/>
              </w:rPr>
              <w:t>Highest degree</w:t>
            </w:r>
            <w:r>
              <w:rPr>
                <w:color w:val="526173"/>
                <w:sz w:val="18"/>
              </w:rPr>
              <w:t xml:space="preserve"> / </w:t>
            </w:r>
            <w:proofErr w:type="spellStart"/>
            <w:r>
              <w:rPr>
                <w:b/>
                <w:color w:val="526173"/>
                <w:sz w:val="17"/>
              </w:rPr>
              <w:t>最高学位</w:t>
            </w:r>
            <w:proofErr w:type="spellEnd"/>
          </w:p>
          <w:p w14:paraId="63D2D43E" w14:textId="77777777" w:rsidR="00EF0686" w:rsidRDefault="00EF0686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35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8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A2538EC" w14:textId="77777777" w:rsidR="00EF0686" w:rsidRDefault="00EF0686">
            <w:pPr>
              <w:spacing w:after="0" w:line="252" w:lineRule="auto"/>
            </w:pPr>
            <w:r>
              <w:rPr>
                <w:b/>
                <w:sz w:val="18"/>
              </w:rPr>
              <w:t>Professional title / rank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专业职称或职级</w:t>
            </w:r>
          </w:p>
          <w:p w14:paraId="71058CE0" w14:textId="77777777" w:rsidR="00EF0686" w:rsidRDefault="00EF0686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2880" w:type="dxa"/>
            <w:vMerge/>
            <w:tcBorders>
              <w:left w:val="single" w:sz="8" w:space="0" w:color="B7D4EC"/>
              <w:right w:val="single" w:sz="8" w:space="0" w:color="B7D4EC"/>
            </w:tcBorders>
            <w:shd w:val="clear" w:color="auto" w:fill="F4F7FB"/>
          </w:tcPr>
          <w:p w14:paraId="7CFA50BA" w14:textId="77777777" w:rsidR="00EF0686" w:rsidRDefault="00EF0686"/>
        </w:tc>
      </w:tr>
      <w:tr w:rsidR="00EF0686" w14:paraId="3C488A5E" w14:textId="77777777" w:rsidTr="00EF0686">
        <w:trPr>
          <w:cantSplit/>
          <w:trHeight w:val="880"/>
        </w:trPr>
        <w:tc>
          <w:tcPr>
            <w:tcW w:w="35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6E759FD" w14:textId="77777777" w:rsidR="00EF0686" w:rsidRDefault="00EF0686">
            <w:pPr>
              <w:spacing w:after="0" w:line="252" w:lineRule="auto"/>
            </w:pPr>
            <w:r>
              <w:rPr>
                <w:b/>
                <w:sz w:val="18"/>
              </w:rPr>
              <w:t>Country / region and city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所在国家、地区及城市</w:t>
            </w:r>
          </w:p>
          <w:p w14:paraId="14741515" w14:textId="77777777" w:rsidR="00EF0686" w:rsidRDefault="00EF0686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35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8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45975C2" w14:textId="77777777" w:rsidR="00EF0686" w:rsidRDefault="00EF0686">
            <w:pPr>
              <w:spacing w:after="0" w:line="252" w:lineRule="auto"/>
            </w:pPr>
            <w:r>
              <w:rPr>
                <w:b/>
                <w:sz w:val="18"/>
              </w:rPr>
              <w:t>Time zone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所在时区</w:t>
            </w:r>
          </w:p>
          <w:p w14:paraId="370776FB" w14:textId="77777777" w:rsidR="00EF0686" w:rsidRDefault="00EF0686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2880" w:type="dxa"/>
            <w:vMerge/>
            <w:tcBorders>
              <w:left w:val="single" w:sz="8" w:space="0" w:color="B7D4EC"/>
              <w:bottom w:val="single" w:sz="8" w:space="0" w:color="B7D4EC"/>
              <w:right w:val="single" w:sz="8" w:space="0" w:color="B7D4EC"/>
            </w:tcBorders>
            <w:shd w:val="clear" w:color="auto" w:fill="F4F7FB"/>
          </w:tcPr>
          <w:p w14:paraId="346C5D6A" w14:textId="77777777" w:rsidR="00EF0686" w:rsidRDefault="00EF0686"/>
        </w:tc>
      </w:tr>
    </w:tbl>
    <w:p w14:paraId="45F11057" w14:textId="77777777" w:rsidR="000B225D" w:rsidRDefault="000B225D">
      <w:pPr>
        <w:spacing w:after="20"/>
      </w:pP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0B225D" w14:paraId="64EBA85C" w14:textId="77777777">
        <w:trPr>
          <w:cantSplit/>
          <w:trHeight w:val="80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C0CAB6D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Current institution / organization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现工作单位</w:t>
            </w:r>
          </w:p>
          <w:p w14:paraId="1D195BED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0E85914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Department / division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所在部门</w:t>
            </w:r>
          </w:p>
          <w:p w14:paraId="1CAE4722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  <w:tr w:rsidR="000B225D" w14:paraId="53D12F1E" w14:textId="77777777">
        <w:trPr>
          <w:cantSplit/>
          <w:trHeight w:val="80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FA6B66D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Current position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现任职务</w:t>
            </w:r>
          </w:p>
          <w:p w14:paraId="79B147BD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11A1D31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Primary professional field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主要专业领域</w:t>
            </w:r>
          </w:p>
          <w:p w14:paraId="01DE9A46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  <w:tr w:rsidR="000B225D" w14:paraId="3AEC6DC9" w14:textId="77777777">
        <w:trPr>
          <w:cantSplit/>
          <w:trHeight w:val="80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B097AE1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Professional registration / licence (if applicable)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执业注册或资格证书（如适用）</w:t>
            </w:r>
          </w:p>
          <w:p w14:paraId="55BBC036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EC9B37B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Years of professional experience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专业工作年限</w:t>
            </w:r>
          </w:p>
          <w:p w14:paraId="3AF743AF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  <w:tr w:rsidR="000B225D" w14:paraId="0068F3E1" w14:textId="77777777">
        <w:trPr>
          <w:cantSplit/>
          <w:trHeight w:val="80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B3C905D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Primary email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主要电子邮箱</w:t>
            </w:r>
          </w:p>
          <w:p w14:paraId="7D7AF92D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1B638CB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Telephone / WeChat / WhatsApp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电话、微信或</w:t>
            </w:r>
            <w:r>
              <w:rPr>
                <w:b/>
                <w:color w:val="526173"/>
                <w:sz w:val="17"/>
              </w:rPr>
              <w:t>WhatsApp</w:t>
            </w:r>
          </w:p>
          <w:p w14:paraId="76ADB0EA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  <w:tr w:rsidR="000B225D" w14:paraId="488258E6" w14:textId="77777777">
        <w:trPr>
          <w:cantSplit/>
          <w:trHeight w:val="80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5609D62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ORCID / Google Scholar / institutional profile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ORCID</w:t>
            </w:r>
            <w:r>
              <w:rPr>
                <w:b/>
                <w:color w:val="526173"/>
                <w:sz w:val="17"/>
              </w:rPr>
              <w:t>、</w:t>
            </w:r>
            <w:r>
              <w:rPr>
                <w:b/>
                <w:color w:val="526173"/>
                <w:sz w:val="17"/>
              </w:rPr>
              <w:t>Google Scholar</w:t>
            </w:r>
            <w:r>
              <w:rPr>
                <w:b/>
                <w:color w:val="526173"/>
                <w:sz w:val="17"/>
              </w:rPr>
              <w:t>或机构主页</w:t>
            </w:r>
          </w:p>
          <w:p w14:paraId="76829D9A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BE525D8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Working language(s)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工作语言</w:t>
            </w:r>
          </w:p>
          <w:p w14:paraId="70E97D8C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  <w:tr w:rsidR="000B225D" w14:paraId="3C2B157F" w14:textId="77777777">
        <w:trPr>
          <w:cantSplit/>
          <w:trHeight w:val="80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B993EE7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lastRenderedPageBreak/>
              <w:t>Referral source / referring person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推荐渠道或推荐人</w:t>
            </w:r>
          </w:p>
          <w:p w14:paraId="510F0B78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937D57B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Date completed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填表日期</w:t>
            </w:r>
          </w:p>
          <w:p w14:paraId="7E05B62F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YYYY-MM-DD</w:t>
            </w:r>
          </w:p>
        </w:tc>
      </w:tr>
    </w:tbl>
    <w:p w14:paraId="5BE47CAE" w14:textId="77777777" w:rsidR="000B225D" w:rsidRDefault="000B225D">
      <w:pPr>
        <w:spacing w:after="20"/>
      </w:pPr>
    </w:p>
    <w:p w14:paraId="67900D5A" w14:textId="77777777" w:rsidR="000B225D" w:rsidRDefault="00000000">
      <w:pPr>
        <w:pStyle w:val="1"/>
      </w:pPr>
      <w:r>
        <w:rPr>
          <w:rFonts w:ascii="Arial" w:eastAsia="SimSun" w:hAnsi="Arial"/>
        </w:rPr>
        <w:t>B. Professional Background and Achievements</w:t>
      </w:r>
      <w:r>
        <w:rPr>
          <w:rFonts w:ascii="Arial" w:eastAsia="SimSun" w:hAnsi="Arial"/>
          <w:sz w:val="27"/>
        </w:rPr>
        <w:t xml:space="preserve">  </w:t>
      </w:r>
      <w:r>
        <w:rPr>
          <w:rFonts w:ascii="Arial" w:eastAsia="SimSun" w:hAnsi="Arial"/>
          <w:sz w:val="27"/>
        </w:rPr>
        <w:t>专业背景与代表性成果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360F27CE" w14:textId="77777777">
        <w:trPr>
          <w:cantSplit/>
          <w:trHeight w:val="1640"/>
        </w:trPr>
        <w:tc>
          <w:tcPr>
            <w:tcW w:w="99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C5D365A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Professional biography (150-250 words)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个人专业简介（建议</w:t>
            </w:r>
            <w:r>
              <w:rPr>
                <w:b/>
                <w:color w:val="526173"/>
                <w:sz w:val="17"/>
              </w:rPr>
              <w:t>150-250</w:t>
            </w:r>
            <w:r>
              <w:rPr>
                <w:b/>
                <w:color w:val="526173"/>
                <w:sz w:val="17"/>
              </w:rPr>
              <w:t>字）</w:t>
            </w:r>
          </w:p>
          <w:p w14:paraId="3EFAC973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Summarize your academic, clinical, research, industry, policy, or leadership background.</w:t>
            </w:r>
          </w:p>
        </w:tc>
      </w:tr>
    </w:tbl>
    <w:p w14:paraId="7E76DA4E" w14:textId="77777777" w:rsidR="000B225D" w:rsidRDefault="000B225D">
      <w:pPr>
        <w:spacing w:after="40"/>
      </w:pP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57B58C81" w14:textId="77777777">
        <w:trPr>
          <w:cantSplit/>
          <w:trHeight w:val="1280"/>
        </w:trPr>
        <w:tc>
          <w:tcPr>
            <w:tcW w:w="99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0A1E5B0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Core expertise and research / clinical / industry focus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核心专长及研究、临床或产业方向</w:t>
            </w:r>
          </w:p>
          <w:p w14:paraId="4DF55473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List up to eight focused keywords or short phrases.</w:t>
            </w:r>
          </w:p>
        </w:tc>
      </w:tr>
    </w:tbl>
    <w:p w14:paraId="6ADC0AB3" w14:textId="77777777" w:rsidR="000B225D" w:rsidRDefault="000B225D">
      <w:pPr>
        <w:spacing w:after="40"/>
      </w:pPr>
    </w:p>
    <w:p w14:paraId="16936D11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t>Education and training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教育与培训经历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900"/>
        <w:gridCol w:w="2500"/>
        <w:gridCol w:w="3000"/>
        <w:gridCol w:w="1580"/>
      </w:tblGrid>
      <w:tr w:rsidR="000B225D" w14:paraId="70C8028F" w14:textId="77777777">
        <w:trPr>
          <w:cantSplit/>
          <w:trHeight w:val="600"/>
          <w:tblHeader/>
        </w:trPr>
        <w:tc>
          <w:tcPr>
            <w:tcW w:w="29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30CBD85A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Institution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院校或机构</w:t>
            </w:r>
          </w:p>
        </w:tc>
        <w:tc>
          <w:tcPr>
            <w:tcW w:w="25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1737D0DC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Degree / qualification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学位或资格</w:t>
            </w:r>
          </w:p>
        </w:tc>
        <w:tc>
          <w:tcPr>
            <w:tcW w:w="30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53544B6E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Specialty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专业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3DEAE0D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Year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年份</w:t>
            </w:r>
          </w:p>
        </w:tc>
      </w:tr>
      <w:tr w:rsidR="000B225D" w14:paraId="7CE0B4B8" w14:textId="77777777">
        <w:trPr>
          <w:cantSplit/>
          <w:trHeight w:val="680"/>
        </w:trPr>
        <w:tc>
          <w:tcPr>
            <w:tcW w:w="29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44171FFC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5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4632E016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30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8CB8828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3332A0B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  <w:tr w:rsidR="000B225D" w14:paraId="22A123B3" w14:textId="77777777">
        <w:trPr>
          <w:cantSplit/>
          <w:trHeight w:val="680"/>
        </w:trPr>
        <w:tc>
          <w:tcPr>
            <w:tcW w:w="29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5381F70C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5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3BEF591B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30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83A412A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1DE2D8BA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  <w:tr w:rsidR="000B225D" w14:paraId="4A23FB55" w14:textId="77777777">
        <w:trPr>
          <w:cantSplit/>
          <w:trHeight w:val="680"/>
        </w:trPr>
        <w:tc>
          <w:tcPr>
            <w:tcW w:w="29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1AE3527C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5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1DE02B54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30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3BEAE58C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3D74EFE5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  <w:tr w:rsidR="000B225D" w14:paraId="724A99C7" w14:textId="77777777">
        <w:trPr>
          <w:cantSplit/>
          <w:trHeight w:val="680"/>
        </w:trPr>
        <w:tc>
          <w:tcPr>
            <w:tcW w:w="29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16DCF3B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5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4CB40517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30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31342A75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394DA1F2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</w:tbl>
    <w:p w14:paraId="32FA5178" w14:textId="77777777" w:rsidR="000B225D" w:rsidRDefault="000B225D">
      <w:pPr>
        <w:spacing w:after="20"/>
      </w:pPr>
    </w:p>
    <w:p w14:paraId="48142AE8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t>Key professional experience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主要工作经历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2250"/>
        <w:gridCol w:w="3450"/>
        <w:gridCol w:w="1580"/>
      </w:tblGrid>
      <w:tr w:rsidR="000B225D" w14:paraId="01EAE939" w14:textId="77777777">
        <w:trPr>
          <w:cantSplit/>
          <w:trHeight w:val="600"/>
          <w:tblHeader/>
        </w:trPr>
        <w:tc>
          <w:tcPr>
            <w:tcW w:w="27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48BED69B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Organization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单位</w:t>
            </w:r>
          </w:p>
        </w:tc>
        <w:tc>
          <w:tcPr>
            <w:tcW w:w="22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5C3BC75B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Position / role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职务或角色</w:t>
            </w:r>
          </w:p>
        </w:tc>
        <w:tc>
          <w:tcPr>
            <w:tcW w:w="34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7C5BE019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Area of responsibility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主要职责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BB10A74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Period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起止时间</w:t>
            </w:r>
          </w:p>
        </w:tc>
      </w:tr>
      <w:tr w:rsidR="000B225D" w14:paraId="6B66D238" w14:textId="77777777">
        <w:trPr>
          <w:cantSplit/>
          <w:trHeight w:val="760"/>
        </w:trPr>
        <w:tc>
          <w:tcPr>
            <w:tcW w:w="27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C01E488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2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5FA9116B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34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740E28CF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5E407F77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  <w:tr w:rsidR="000B225D" w14:paraId="38DA2D7B" w14:textId="77777777">
        <w:trPr>
          <w:cantSplit/>
          <w:trHeight w:val="760"/>
        </w:trPr>
        <w:tc>
          <w:tcPr>
            <w:tcW w:w="27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29B8DF3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2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04A19ACB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34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46BC065B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364CBC22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  <w:tr w:rsidR="000B225D" w14:paraId="6A4D3C3B" w14:textId="77777777">
        <w:trPr>
          <w:cantSplit/>
          <w:trHeight w:val="760"/>
        </w:trPr>
        <w:tc>
          <w:tcPr>
            <w:tcW w:w="27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50FAC50" w14:textId="77777777" w:rsidR="000B225D" w:rsidRDefault="00000000">
            <w:r>
              <w:rPr>
                <w:i/>
                <w:color w:val="7A8492"/>
                <w:sz w:val="16"/>
              </w:rPr>
              <w:lastRenderedPageBreak/>
              <w:t>Click or tap here to enter text.</w:t>
            </w:r>
          </w:p>
        </w:tc>
        <w:tc>
          <w:tcPr>
            <w:tcW w:w="22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55250BA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34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1EFDD58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0A0B306B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  <w:tr w:rsidR="000B225D" w14:paraId="258CC791" w14:textId="77777777">
        <w:trPr>
          <w:cantSplit/>
          <w:trHeight w:val="760"/>
        </w:trPr>
        <w:tc>
          <w:tcPr>
            <w:tcW w:w="27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300C8897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2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BE0C492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345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8E20C54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02FFAC97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</w:tbl>
    <w:p w14:paraId="24D0CDB0" w14:textId="77777777" w:rsidR="000B225D" w:rsidRDefault="000B225D">
      <w:pPr>
        <w:spacing w:after="20"/>
      </w:pPr>
    </w:p>
    <w:p w14:paraId="796F9268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t>Selected professional achievements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代表性专业成就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164A99A3" w14:textId="77777777">
        <w:trPr>
          <w:cantSplit/>
          <w:trHeight w:val="1400"/>
        </w:trPr>
        <w:tc>
          <w:tcPr>
            <w:tcW w:w="99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85085D5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Major research, clinical, industry, policy, education, or leadership achievements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主要科研、临床、产业、政策、教育或管理成就</w:t>
            </w:r>
          </w:p>
          <w:p w14:paraId="542B2581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List up to five concise achievements and your role in each.</w:t>
            </w:r>
          </w:p>
        </w:tc>
      </w:tr>
    </w:tbl>
    <w:p w14:paraId="46F4B88A" w14:textId="77777777" w:rsidR="000B225D" w:rsidRDefault="000B225D">
      <w:pPr>
        <w:spacing w:after="40"/>
      </w:pPr>
    </w:p>
    <w:p w14:paraId="3558540F" w14:textId="77777777" w:rsidR="000B225D" w:rsidRDefault="00000000">
      <w:pPr>
        <w:pStyle w:val="1"/>
      </w:pPr>
      <w:r>
        <w:rPr>
          <w:rFonts w:ascii="Arial" w:eastAsia="SimSun" w:hAnsi="Arial"/>
        </w:rPr>
        <w:t>C. Selected Outputs and Expertise</w:t>
      </w:r>
      <w:r>
        <w:rPr>
          <w:rFonts w:ascii="Arial" w:eastAsia="SimSun" w:hAnsi="Arial"/>
          <w:sz w:val="27"/>
        </w:rPr>
        <w:t xml:space="preserve">  </w:t>
      </w:r>
      <w:r>
        <w:rPr>
          <w:rFonts w:ascii="Arial" w:eastAsia="SimSun" w:hAnsi="Arial"/>
          <w:sz w:val="27"/>
        </w:rPr>
        <w:t>代表性成果与专业领域</w:t>
      </w:r>
    </w:p>
    <w:p w14:paraId="189D99B2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t>Representative outputs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代表性成果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500"/>
        <w:gridCol w:w="4300"/>
        <w:gridCol w:w="2600"/>
        <w:gridCol w:w="1580"/>
      </w:tblGrid>
      <w:tr w:rsidR="000B225D" w14:paraId="742EC8E4" w14:textId="77777777">
        <w:trPr>
          <w:cantSplit/>
          <w:trHeight w:val="600"/>
          <w:tblHeader/>
        </w:trPr>
        <w:tc>
          <w:tcPr>
            <w:tcW w:w="15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711DF7C2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Type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类型</w:t>
            </w:r>
          </w:p>
        </w:tc>
        <w:tc>
          <w:tcPr>
            <w:tcW w:w="43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5B6D33A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Title / project / output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成果或项目名称</w:t>
            </w:r>
          </w:p>
        </w:tc>
        <w:tc>
          <w:tcPr>
            <w:tcW w:w="26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71D21463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Role / contribution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本人角色与贡献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364FC46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Year / status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年份或状态</w:t>
            </w:r>
          </w:p>
        </w:tc>
      </w:tr>
      <w:tr w:rsidR="000B225D" w14:paraId="539368F6" w14:textId="77777777">
        <w:trPr>
          <w:cantSplit/>
          <w:trHeight w:val="880"/>
        </w:trPr>
        <w:tc>
          <w:tcPr>
            <w:tcW w:w="15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41DDCD43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43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751855AF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6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419C0C51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1A914F14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  <w:tr w:rsidR="000B225D" w14:paraId="09DCCAD4" w14:textId="77777777">
        <w:trPr>
          <w:cantSplit/>
          <w:trHeight w:val="880"/>
        </w:trPr>
        <w:tc>
          <w:tcPr>
            <w:tcW w:w="15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592E9622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43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B427E5A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6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70F62107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D5DFDC2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  <w:tr w:rsidR="000B225D" w14:paraId="0FDCBFFC" w14:textId="77777777">
        <w:trPr>
          <w:cantSplit/>
          <w:trHeight w:val="880"/>
        </w:trPr>
        <w:tc>
          <w:tcPr>
            <w:tcW w:w="15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765DE833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43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0BA1EDC8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6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5E2BD1DE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521F250A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  <w:tr w:rsidR="000B225D" w14:paraId="70C5AC1F" w14:textId="77777777">
        <w:trPr>
          <w:cantSplit/>
          <w:trHeight w:val="880"/>
        </w:trPr>
        <w:tc>
          <w:tcPr>
            <w:tcW w:w="15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2BDE7BD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43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A6FF22F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6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3AADB93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CB682D3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  <w:tr w:rsidR="000B225D" w14:paraId="3C72D4E2" w14:textId="77777777">
        <w:trPr>
          <w:cantSplit/>
          <w:trHeight w:val="880"/>
        </w:trPr>
        <w:tc>
          <w:tcPr>
            <w:tcW w:w="15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A690870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43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5A758F2C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6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B0266B2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562AA117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</w:tbl>
    <w:p w14:paraId="1C5DC0AA" w14:textId="77777777" w:rsidR="000B225D" w:rsidRDefault="000B225D">
      <w:pPr>
        <w:spacing w:after="20"/>
      </w:pPr>
    </w:p>
    <w:p w14:paraId="53B4F613" w14:textId="77777777" w:rsidR="000B225D" w:rsidRDefault="00000000">
      <w:pPr>
        <w:spacing w:after="120"/>
      </w:pPr>
      <w:r>
        <w:rPr>
          <w:i/>
          <w:color w:val="526173"/>
          <w:sz w:val="16"/>
        </w:rPr>
        <w:t xml:space="preserve">Examples: publications, grants, clinical programs, patents, standards, products, policy reports, editorial service, or major international collaborations. </w:t>
      </w:r>
      <w:r>
        <w:rPr>
          <w:i/>
          <w:color w:val="526173"/>
          <w:sz w:val="16"/>
        </w:rPr>
        <w:t>可填写论文、基金、临床项目、专利、标准、产品、政策报告、期刊任职或重要国际合作等。</w:t>
      </w:r>
    </w:p>
    <w:p w14:paraId="60511935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t>Areas of expertise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专业领域（可多选）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0B225D" w14:paraId="36206639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240EC15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Basic and biomedical research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基础与生物医学研究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FADB5B3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Infectious disease / immunology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感染性疾病与免疫学</w:t>
            </w:r>
          </w:p>
        </w:tc>
      </w:tr>
      <w:tr w:rsidR="000B225D" w14:paraId="6036DC41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13FE7C84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lastRenderedPageBreak/>
              <w:t>☐ Clinical research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临床研究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4FB8555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AI / digital health / bioinformatics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人工智能、数字健康与生物信息学</w:t>
            </w:r>
          </w:p>
        </w:tc>
      </w:tr>
      <w:tr w:rsidR="000B225D" w14:paraId="4053932C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3AC834E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Translational medicine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转化医学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7C360B11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Drug / device / diagnostic development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药物、器械与诊断产品研发</w:t>
            </w:r>
          </w:p>
        </w:tc>
      </w:tr>
      <w:tr w:rsidR="000B225D" w14:paraId="0EECBB7A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141CC89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Public health / health services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公共卫生与卫生服务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4507D89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Real-world evidence / epidemiology / data science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真实世界证据、流行病学与数据科学</w:t>
            </w:r>
          </w:p>
        </w:tc>
      </w:tr>
      <w:tr w:rsidR="000B225D" w14:paraId="5373C7B0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AE0EE78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Aging and chronic disease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老年健康与慢病管理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12293F73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Health policy / management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卫生政策与管理</w:t>
            </w:r>
          </w:p>
        </w:tc>
      </w:tr>
      <w:tr w:rsidR="000B225D" w14:paraId="7A3DF247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1BC08B86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Oncology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肿瘤学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44B54C53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Medical education / talent development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医学教育与人才发展</w:t>
            </w:r>
          </w:p>
        </w:tc>
      </w:tr>
      <w:tr w:rsidR="000B225D" w14:paraId="2A544A8F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5847DBD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Cardiovascular / metabolic disease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心血管与代谢性疾病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6D87D86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Academic publishing / grant review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学术出版与基金评审</w:t>
            </w:r>
          </w:p>
        </w:tc>
      </w:tr>
      <w:tr w:rsidR="000B225D" w14:paraId="323FA61F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7EBD115C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Respiratory / digestive disease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呼吸与消化系统疾病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64FE637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Biopharmaceutical industry / commercialization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生物医药产业与成果转化</w:t>
            </w:r>
          </w:p>
        </w:tc>
      </w:tr>
      <w:tr w:rsidR="000B225D" w14:paraId="1C3EC984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4ED4BA71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Neuroscience / mental health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神经科学与精神健康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52017052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Other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其他</w:t>
            </w:r>
          </w:p>
        </w:tc>
      </w:tr>
    </w:tbl>
    <w:p w14:paraId="2FC58A9F" w14:textId="77777777" w:rsidR="000B225D" w:rsidRDefault="000B225D">
      <w:pPr>
        <w:spacing w:after="20"/>
      </w:pP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54934953" w14:textId="77777777">
        <w:trPr>
          <w:cantSplit/>
          <w:trHeight w:val="840"/>
        </w:trPr>
        <w:tc>
          <w:tcPr>
            <w:tcW w:w="99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863BC0B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Other specialties or disease areas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其他专业或疾病方向</w:t>
            </w:r>
          </w:p>
          <w:p w14:paraId="3531DA5F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</w:tbl>
    <w:p w14:paraId="3170D4B0" w14:textId="77777777" w:rsidR="000B225D" w:rsidRDefault="000B225D">
      <w:pPr>
        <w:spacing w:after="40"/>
      </w:pPr>
    </w:p>
    <w:p w14:paraId="509C2E1E" w14:textId="77777777" w:rsidR="000B225D" w:rsidRDefault="00000000">
      <w:pPr>
        <w:pStyle w:val="1"/>
      </w:pPr>
      <w:r>
        <w:rPr>
          <w:rFonts w:ascii="Arial" w:eastAsia="SimSun" w:hAnsi="Arial"/>
        </w:rPr>
        <w:t>D. Collaboration Interests and Proposed Contribution</w:t>
      </w:r>
      <w:r>
        <w:rPr>
          <w:rFonts w:ascii="Arial" w:eastAsia="SimSun" w:hAnsi="Arial"/>
          <w:sz w:val="27"/>
        </w:rPr>
        <w:t xml:space="preserve">  </w:t>
      </w:r>
      <w:r>
        <w:rPr>
          <w:rFonts w:ascii="Arial" w:eastAsia="SimSun" w:hAnsi="Arial"/>
          <w:sz w:val="27"/>
        </w:rPr>
        <w:t>合作意向与拟贡献</w:t>
      </w:r>
    </w:p>
    <w:p w14:paraId="12A207FF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t>Collaboration pathways of interest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感兴趣的合作方向（可多选）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0B225D" w14:paraId="27CDFB1F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D1985F8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Joint research and grant applications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联合研究与基金申报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7356E1D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Technology assessment and translation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技术评估与成果转化</w:t>
            </w:r>
          </w:p>
        </w:tc>
      </w:tr>
      <w:tr w:rsidR="000B225D" w14:paraId="2BD1CB01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4278AA9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Multicentre / clinical / real-world studies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多中心、临床及真实世界研究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1BFF4A4A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Biopharmaceutical and industry collaboration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生物医药与产业合作</w:t>
            </w:r>
          </w:p>
        </w:tc>
      </w:tr>
      <w:tr w:rsidR="000B225D" w14:paraId="24AD9C55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A65C233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Publications and scholarly outputs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论文及其他学术成果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1CD7FA64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International institutional partnerships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国际机构合作</w:t>
            </w:r>
          </w:p>
        </w:tc>
      </w:tr>
      <w:tr w:rsidR="000B225D" w14:paraId="4F4A9C67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3531FBA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Seminars, workshops, and conferences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讲座、培训、研讨会与会议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16F4FAEA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Expert review and advisory activities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专家评审与咨询</w:t>
            </w:r>
          </w:p>
        </w:tc>
      </w:tr>
      <w:tr w:rsidR="000B225D" w14:paraId="04F3CC0B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7C5EFA80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Mentorship and talent development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导师指导与人才培养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2BCED98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Academic publishing and peer review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学术出版与同行评议</w:t>
            </w:r>
          </w:p>
        </w:tc>
      </w:tr>
      <w:tr w:rsidR="000B225D" w14:paraId="7E33C68E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17E78416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Visiting scholar and professional exchange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访问学者与专业交流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7C2FB6A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Global health and responsible outreach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全球健康与公益协作</w:t>
            </w:r>
          </w:p>
        </w:tc>
      </w:tr>
    </w:tbl>
    <w:p w14:paraId="23552681" w14:textId="77777777" w:rsidR="000B225D" w:rsidRDefault="000B225D">
      <w:pPr>
        <w:spacing w:after="20"/>
      </w:pPr>
    </w:p>
    <w:p w14:paraId="14B2F284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t>Preferred contribution role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愿意承担的角色（可多选）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0B225D" w14:paraId="0AEA2F8B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00E68A7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Project lead / co-applicant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项目负责人或共同申请人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3D19913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Mentor / lecturer / trainer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导师、讲者或培训专家</w:t>
            </w:r>
          </w:p>
        </w:tc>
      </w:tr>
      <w:tr w:rsidR="000B225D" w14:paraId="751DE0D1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552E9F77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Scientific / clinical / industry advisor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科研、临床或产业顾问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78A88C5E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Institutional liaison / partnership coordinator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机构联络与合作协调</w:t>
            </w:r>
          </w:p>
        </w:tc>
      </w:tr>
      <w:tr w:rsidR="000B225D" w14:paraId="67CF41AB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164696B5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Project team member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项目组成员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D105D12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Editorial / publication contributor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编辑出版与学术传播</w:t>
            </w:r>
          </w:p>
        </w:tc>
      </w:tr>
      <w:tr w:rsidR="000B225D" w14:paraId="5F7A492A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15173DED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Reviewer / evaluator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评审或评价专家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7AF69CA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Other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其他</w:t>
            </w:r>
          </w:p>
        </w:tc>
      </w:tr>
    </w:tbl>
    <w:p w14:paraId="7155C7D7" w14:textId="77777777" w:rsidR="000B225D" w:rsidRDefault="000B225D">
      <w:pPr>
        <w:spacing w:after="20"/>
      </w:pP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75B35675" w14:textId="77777777">
        <w:trPr>
          <w:cantSplit/>
          <w:trHeight w:val="1800"/>
        </w:trPr>
        <w:tc>
          <w:tcPr>
            <w:tcW w:w="99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2E07F6A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lastRenderedPageBreak/>
              <w:t>Potential project, topic, or collaboration concept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拟参与或发起的项目、主题或合作构想</w:t>
            </w:r>
          </w:p>
          <w:p w14:paraId="7984C62B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Please describe one or two practical collaboration ideas (approximately 150-250 words).</w:t>
            </w:r>
          </w:p>
        </w:tc>
      </w:tr>
    </w:tbl>
    <w:p w14:paraId="7C08BA91" w14:textId="77777777" w:rsidR="000B225D" w:rsidRDefault="000B225D">
      <w:pPr>
        <w:spacing w:after="40"/>
      </w:pP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38C40E20" w14:textId="77777777">
        <w:trPr>
          <w:cantSplit/>
          <w:trHeight w:val="1520"/>
        </w:trPr>
        <w:tc>
          <w:tcPr>
            <w:tcW w:w="99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5EA3473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Expertise, resources, or networks you may contribute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您可以贡献的专业能力、资源或合作网络</w:t>
            </w:r>
          </w:p>
          <w:p w14:paraId="34EB0FA5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Examples: research expertise, clinical insight, methods, data analysis, industry experience, training, or institutional connections.</w:t>
            </w:r>
          </w:p>
        </w:tc>
      </w:tr>
    </w:tbl>
    <w:p w14:paraId="545EABA7" w14:textId="77777777" w:rsidR="000B225D" w:rsidRDefault="000B225D">
      <w:pPr>
        <w:spacing w:after="40"/>
      </w:pPr>
    </w:p>
    <w:p w14:paraId="4EEC1131" w14:textId="77777777" w:rsidR="000B225D" w:rsidRDefault="00000000">
      <w:pPr>
        <w:pStyle w:val="1"/>
      </w:pPr>
      <w:r>
        <w:rPr>
          <w:rFonts w:ascii="Arial" w:eastAsia="SimSun" w:hAnsi="Arial"/>
        </w:rPr>
        <w:t>E. Availability, Compliance, and Appointment Consideration</w:t>
      </w:r>
      <w:r>
        <w:rPr>
          <w:rFonts w:ascii="Arial" w:eastAsia="SimSun" w:hAnsi="Arial"/>
          <w:sz w:val="27"/>
        </w:rPr>
        <w:t xml:space="preserve">  </w:t>
      </w:r>
      <w:r>
        <w:rPr>
          <w:rFonts w:ascii="Arial" w:eastAsia="SimSun" w:hAnsi="Arial"/>
          <w:sz w:val="27"/>
        </w:rPr>
        <w:t>时间投入、合规与聘任评估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0B225D" w14:paraId="281CA65A" w14:textId="77777777">
        <w:trPr>
          <w:cantSplit/>
          <w:trHeight w:val="84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15C5160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Preferred start timeframe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希望开始时间</w:t>
            </w:r>
          </w:p>
          <w:p w14:paraId="5DAAC224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AE6B8FD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Estimated availability per month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预计每月可投入时间</w:t>
            </w:r>
          </w:p>
          <w:p w14:paraId="0053C0EB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  <w:tr w:rsidR="000B225D" w14:paraId="35665E56" w14:textId="77777777">
        <w:trPr>
          <w:cantSplit/>
          <w:trHeight w:val="84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E26A043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Preferred participation mode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参与方式</w:t>
            </w:r>
          </w:p>
          <w:p w14:paraId="5ADF2333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Remote / In person / Hybrid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D5634EB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Preferred duration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期望合作周期</w:t>
            </w:r>
          </w:p>
          <w:p w14:paraId="2F38E999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  <w:tr w:rsidR="000B225D" w14:paraId="771C8293" w14:textId="77777777">
        <w:trPr>
          <w:cantSplit/>
          <w:trHeight w:val="84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33DD538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Geographic availability / travel considerations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地域及出行条件</w:t>
            </w:r>
          </w:p>
          <w:p w14:paraId="6629A639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6DAD396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Best contact method and time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最佳联系方法与时间</w:t>
            </w:r>
          </w:p>
          <w:p w14:paraId="73F41D7F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</w:tbl>
    <w:p w14:paraId="1BCA41E8" w14:textId="77777777" w:rsidR="000B225D" w:rsidRDefault="000B225D">
      <w:pPr>
        <w:spacing w:after="20"/>
      </w:pPr>
    </w:p>
    <w:p w14:paraId="394F288A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t>External activity and conflict-of-interest status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外部活动与利益冲突情况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0B225D" w14:paraId="5788E8EB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CD30602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External professional participation is permitted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所在单位允许参加外部专业活动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69A4655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No known conflict of interest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目前无已知利益冲突</w:t>
            </w:r>
          </w:p>
        </w:tc>
      </w:tr>
      <w:tr w:rsidR="000B225D" w14:paraId="5399D7F7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A5C687F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Internal approval may be required before participation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正式参与前可能需要所在单位批准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621A3E9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Potential restrictions or conflicts are described below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相关限制或潜在冲突已在下方说明</w:t>
            </w:r>
          </w:p>
        </w:tc>
      </w:tr>
    </w:tbl>
    <w:p w14:paraId="4FFF1305" w14:textId="77777777" w:rsidR="000B225D" w:rsidRDefault="000B225D">
      <w:pPr>
        <w:spacing w:after="20"/>
      </w:pP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5CEABE07" w14:textId="77777777">
        <w:trPr>
          <w:cantSplit/>
          <w:trHeight w:val="1320"/>
        </w:trPr>
        <w:tc>
          <w:tcPr>
            <w:tcW w:w="99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7897D10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Employer policies, restrictions, approvals, or potential conflicts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所在单位政策、限制、审批要求或潜在利益冲突</w:t>
            </w:r>
          </w:p>
          <w:p w14:paraId="408F84E9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Provide a concise non-confidential description. Do not disclose employer-confidential information.</w:t>
            </w:r>
          </w:p>
        </w:tc>
      </w:tr>
    </w:tbl>
    <w:p w14:paraId="3488F526" w14:textId="77777777" w:rsidR="000B225D" w:rsidRDefault="000B225D">
      <w:pPr>
        <w:spacing w:after="40"/>
      </w:pPr>
    </w:p>
    <w:p w14:paraId="05318E25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t>Appointment and talent-pool consideration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聘任与人才库评估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442D113D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5926E507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 wish to be considered for inclusion in the NBIIC-HI expert and talent pool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本人愿意接受加入</w:t>
            </w:r>
            <w:r>
              <w:rPr>
                <w:color w:val="526173"/>
                <w:sz w:val="16"/>
              </w:rPr>
              <w:t>NBIIC-HI</w:t>
            </w:r>
            <w:r>
              <w:rPr>
                <w:color w:val="526173"/>
                <w:sz w:val="16"/>
              </w:rPr>
              <w:t>专家与人才库的评估</w:t>
            </w:r>
          </w:p>
        </w:tc>
      </w:tr>
      <w:tr w:rsidR="000B225D" w14:paraId="310F57C9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FFB26E2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 am open to a suitable research fellow, expert, or advisor appointment if approved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如经批准，本人愿意接受适合的研究员、专家或顾问聘任</w:t>
            </w:r>
          </w:p>
        </w:tc>
      </w:tr>
      <w:tr w:rsidR="000B225D" w14:paraId="1B47D773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4A78FE3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 prefer project collaboration without a formal appointment at this stage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现阶段本人倾向仅参与项目合作，暂不接受正式聘任</w:t>
            </w:r>
          </w:p>
        </w:tc>
      </w:tr>
      <w:tr w:rsidR="000B225D" w14:paraId="487E6426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E212468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lastRenderedPageBreak/>
              <w:t>☐ I would like to discuss the appropriate pathway with NBIIC-HI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本人希望与</w:t>
            </w:r>
            <w:r>
              <w:rPr>
                <w:color w:val="526173"/>
                <w:sz w:val="16"/>
              </w:rPr>
              <w:t>NBIIC-HI</w:t>
            </w:r>
            <w:r>
              <w:rPr>
                <w:color w:val="526173"/>
                <w:sz w:val="16"/>
              </w:rPr>
              <w:t>进一步讨论适合的合作路径</w:t>
            </w:r>
          </w:p>
        </w:tc>
      </w:tr>
    </w:tbl>
    <w:p w14:paraId="33D4F2C0" w14:textId="77777777" w:rsidR="000B225D" w:rsidRDefault="000B225D">
      <w:pPr>
        <w:spacing w:after="20"/>
      </w:pP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0B225D" w14:paraId="32AED1E8" w14:textId="77777777">
        <w:trPr>
          <w:cantSplit/>
          <w:trHeight w:val="90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B718DA4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Preferred name on appointment materials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聘任材料上的姓名</w:t>
            </w:r>
          </w:p>
          <w:p w14:paraId="1E53708C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2116588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Preferred professional title / affiliation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希望展示的职称与单位</w:t>
            </w:r>
          </w:p>
          <w:p w14:paraId="7070CE7F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</w:tbl>
    <w:p w14:paraId="77B76DBF" w14:textId="77777777" w:rsidR="000B225D" w:rsidRDefault="000B225D">
      <w:pPr>
        <w:spacing w:after="20"/>
      </w:pP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232B1B77" w14:textId="77777777">
        <w:trPr>
          <w:cantSplit/>
        </w:trPr>
        <w:tc>
          <w:tcPr>
            <w:tcW w:w="9980" w:type="dxa"/>
            <w:tcBorders>
              <w:top w:val="single" w:sz="8" w:space="0" w:color="C88A16"/>
              <w:left w:val="single" w:sz="8" w:space="0" w:color="C88A16"/>
              <w:bottom w:val="single" w:sz="8" w:space="0" w:color="C88A16"/>
              <w:right w:val="single" w:sz="8" w:space="0" w:color="C88A16"/>
            </w:tcBorders>
            <w:shd w:val="clear" w:color="auto" w:fill="FFF8E8"/>
            <w:tcMar>
              <w:top w:w="130" w:type="dxa"/>
              <w:left w:w="150" w:type="dxa"/>
              <w:bottom w:w="120" w:type="dxa"/>
              <w:right w:w="150" w:type="dxa"/>
            </w:tcMar>
          </w:tcPr>
          <w:p w14:paraId="52FA28A1" w14:textId="77777777" w:rsidR="000B225D" w:rsidRDefault="00000000">
            <w:pPr>
              <w:spacing w:after="80" w:line="259" w:lineRule="auto"/>
            </w:pPr>
            <w:r>
              <w:rPr>
                <w:b/>
                <w:color w:val="C88A16"/>
                <w:sz w:val="17"/>
              </w:rPr>
              <w:t xml:space="preserve">Appointment status / </w:t>
            </w:r>
            <w:r>
              <w:rPr>
                <w:b/>
                <w:color w:val="C88A16"/>
                <w:sz w:val="17"/>
              </w:rPr>
              <w:t>聘任性质</w:t>
            </w:r>
            <w:r>
              <w:rPr>
                <w:b/>
                <w:color w:val="C88A16"/>
                <w:sz w:val="17"/>
              </w:rPr>
              <w:t xml:space="preserve">. </w:t>
            </w:r>
            <w:r>
              <w:rPr>
                <w:sz w:val="17"/>
              </w:rPr>
              <w:t>Any title, term, responsibilities, public profile, and project role are subject to NBIIC-HI review and written confirmation. General appointment does not create an employment relationship.</w:t>
            </w:r>
            <w:r>
              <w:rPr>
                <w:color w:val="526173"/>
                <w:sz w:val="16"/>
              </w:rPr>
              <w:t xml:space="preserve"> </w:t>
            </w:r>
            <w:r>
              <w:rPr>
                <w:color w:val="526173"/>
                <w:sz w:val="16"/>
              </w:rPr>
              <w:t>任何称谓、聘期、职责、官网展示及项目角色均须经</w:t>
            </w:r>
            <w:r>
              <w:rPr>
                <w:color w:val="526173"/>
                <w:sz w:val="16"/>
              </w:rPr>
              <w:t>NBIIC-HI</w:t>
            </w:r>
            <w:r>
              <w:rPr>
                <w:color w:val="526173"/>
                <w:sz w:val="16"/>
              </w:rPr>
              <w:t>审核并书面确认；一般性聘任不构成劳动雇佣关系。</w:t>
            </w:r>
          </w:p>
          <w:p w14:paraId="61F58639" w14:textId="77777777" w:rsidR="000B225D" w:rsidRDefault="00000000">
            <w:pPr>
              <w:spacing w:after="0" w:line="259" w:lineRule="auto"/>
            </w:pPr>
            <w:r>
              <w:rPr>
                <w:b/>
                <w:color w:val="C88A16"/>
                <w:sz w:val="17"/>
              </w:rPr>
              <w:t xml:space="preserve">Project terms / </w:t>
            </w:r>
            <w:r>
              <w:rPr>
                <w:b/>
                <w:color w:val="C88A16"/>
                <w:sz w:val="17"/>
              </w:rPr>
              <w:t>项目约定</w:t>
            </w:r>
            <w:r>
              <w:rPr>
                <w:b/>
                <w:color w:val="C88A16"/>
                <w:sz w:val="17"/>
              </w:rPr>
              <w:t xml:space="preserve">. </w:t>
            </w:r>
            <w:r>
              <w:rPr>
                <w:sz w:val="17"/>
              </w:rPr>
              <w:t>Funding, remuneration, intellectual property, authorship, confidentiality, data access, deliverables, and expenses for a specific project require separate written agreement.</w:t>
            </w:r>
            <w:r>
              <w:rPr>
                <w:color w:val="526173"/>
                <w:sz w:val="16"/>
              </w:rPr>
              <w:t xml:space="preserve"> </w:t>
            </w:r>
            <w:r>
              <w:rPr>
                <w:color w:val="526173"/>
                <w:sz w:val="16"/>
              </w:rPr>
              <w:t>具体项目涉及的经费、报酬、知识产权、署名、保密、数据使用、成果交付及费用安排，须另行书面约定。</w:t>
            </w:r>
          </w:p>
        </w:tc>
      </w:tr>
    </w:tbl>
    <w:p w14:paraId="47C96724" w14:textId="77777777" w:rsidR="000B225D" w:rsidRDefault="000B225D">
      <w:pPr>
        <w:spacing w:after="40"/>
      </w:pPr>
    </w:p>
    <w:p w14:paraId="1486B1CA" w14:textId="77777777" w:rsidR="000B225D" w:rsidRDefault="00000000">
      <w:pPr>
        <w:pStyle w:val="1"/>
      </w:pPr>
      <w:r>
        <w:rPr>
          <w:rFonts w:ascii="Arial" w:eastAsia="SimSun" w:hAnsi="Arial"/>
        </w:rPr>
        <w:t>F. Public Profile and Information Preferences</w:t>
      </w:r>
      <w:r>
        <w:rPr>
          <w:rFonts w:ascii="Arial" w:eastAsia="SimSun" w:hAnsi="Arial"/>
          <w:sz w:val="27"/>
        </w:rPr>
        <w:t xml:space="preserve">  </w:t>
      </w:r>
      <w:r>
        <w:rPr>
          <w:rFonts w:ascii="Arial" w:eastAsia="SimSun" w:hAnsi="Arial"/>
          <w:sz w:val="27"/>
        </w:rPr>
        <w:t>公开展示与信息使用选择</w:t>
      </w:r>
    </w:p>
    <w:p w14:paraId="0E5F4078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t>Preferred visibility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希望的信息展示范围（单选）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5C8C0A7B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7738E3E7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Full public profile, subject to final confirmation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经最终确认后，可公开完整专家简介</w:t>
            </w:r>
          </w:p>
        </w:tc>
      </w:tr>
      <w:tr w:rsidR="000B225D" w14:paraId="1D7E289D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37AEA60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Limited public profile only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仅公开有限信息</w:t>
            </w:r>
          </w:p>
        </w:tc>
      </w:tr>
      <w:tr w:rsidR="000B225D" w14:paraId="7CA5DFCF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BE8CA4F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Internal talent-pool record only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仅用于内部人才库，不公开展示</w:t>
            </w:r>
          </w:p>
        </w:tc>
      </w:tr>
    </w:tbl>
    <w:p w14:paraId="0288015D" w14:textId="77777777" w:rsidR="000B225D" w:rsidRDefault="000B225D">
      <w:pPr>
        <w:spacing w:after="20"/>
      </w:pPr>
    </w:p>
    <w:p w14:paraId="36A8F552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t>Information that may be displayed if approved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如获批准，可展示的信息（可多选）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0B225D" w14:paraId="6CD44F99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AD82EE6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Name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姓名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28BEB73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Areas of expertise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专业领域</w:t>
            </w:r>
          </w:p>
        </w:tc>
      </w:tr>
      <w:tr w:rsidR="000B225D" w14:paraId="1A662E86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7FEA2F6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Professional headshot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专业照片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EBE6CF0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Short biography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个人简介</w:t>
            </w:r>
          </w:p>
        </w:tc>
      </w:tr>
      <w:tr w:rsidR="000B225D" w14:paraId="43EAD328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5D137D8E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Current position and institution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现任职务与单位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4FC4973D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Selected achievements / publications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代表性成果或论文</w:t>
            </w:r>
          </w:p>
        </w:tc>
      </w:tr>
      <w:tr w:rsidR="000B225D" w14:paraId="7D0B08C8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2B370C3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Degrees and professional titles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学位与专业职称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58F9AA67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Professional profile links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专业主页链接</w:t>
            </w:r>
          </w:p>
        </w:tc>
      </w:tr>
    </w:tbl>
    <w:p w14:paraId="2B5CD8EB" w14:textId="77777777" w:rsidR="000B225D" w:rsidRDefault="000B225D">
      <w:pPr>
        <w:spacing w:after="20"/>
      </w:pP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74AAB44B" w14:textId="77777777">
        <w:trPr>
          <w:cantSplit/>
          <w:trHeight w:val="1600"/>
        </w:trPr>
        <w:tc>
          <w:tcPr>
            <w:tcW w:w="99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3FA7761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Approved short public biography (optional)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拟公开的简短个人简介（选填）</w:t>
            </w:r>
          </w:p>
          <w:p w14:paraId="5AC28D11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Provide 80-120 words or indicate that NBIIC-HI may draft a profile for your approval.</w:t>
            </w:r>
          </w:p>
        </w:tc>
      </w:tr>
    </w:tbl>
    <w:p w14:paraId="53D38965" w14:textId="77777777" w:rsidR="000B225D" w:rsidRDefault="000B225D">
      <w:pPr>
        <w:spacing w:after="40"/>
      </w:pP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7F167DB0" w14:textId="77777777">
        <w:trPr>
          <w:cantSplit/>
          <w:trHeight w:val="1040"/>
        </w:trPr>
        <w:tc>
          <w:tcPr>
            <w:tcW w:w="99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54AD41C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Information that must not be published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不得公开的信息</w:t>
            </w:r>
          </w:p>
          <w:p w14:paraId="52B83001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</w:tbl>
    <w:p w14:paraId="1CE0B549" w14:textId="77777777" w:rsidR="000B225D" w:rsidRDefault="000B225D">
      <w:pPr>
        <w:spacing w:after="40"/>
      </w:pPr>
    </w:p>
    <w:p w14:paraId="73977E2B" w14:textId="77777777" w:rsidR="000B225D" w:rsidRDefault="00000000">
      <w:r>
        <w:br w:type="page"/>
      </w:r>
    </w:p>
    <w:p w14:paraId="15D030DC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lastRenderedPageBreak/>
        <w:t>Profile use notice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公开展示说明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7F97DBCB" w14:textId="77777777">
        <w:trPr>
          <w:cantSplit/>
        </w:trPr>
        <w:tc>
          <w:tcPr>
            <w:tcW w:w="9980" w:type="dxa"/>
            <w:tcBorders>
              <w:top w:val="single" w:sz="8" w:space="0" w:color="0B67B1"/>
              <w:left w:val="single" w:sz="8" w:space="0" w:color="0B67B1"/>
              <w:bottom w:val="single" w:sz="8" w:space="0" w:color="0B67B1"/>
              <w:right w:val="single" w:sz="8" w:space="0" w:color="0B67B1"/>
            </w:tcBorders>
            <w:shd w:val="clear" w:color="auto" w:fill="EAF3FB"/>
            <w:tcMar>
              <w:top w:w="130" w:type="dxa"/>
              <w:left w:w="150" w:type="dxa"/>
              <w:bottom w:w="120" w:type="dxa"/>
              <w:right w:w="150" w:type="dxa"/>
            </w:tcMar>
          </w:tcPr>
          <w:p w14:paraId="6EEF1780" w14:textId="77777777" w:rsidR="000B225D" w:rsidRDefault="00000000">
            <w:pPr>
              <w:spacing w:after="80" w:line="259" w:lineRule="auto"/>
            </w:pPr>
            <w:r>
              <w:rPr>
                <w:b/>
                <w:color w:val="0B67B1"/>
                <w:sz w:val="17"/>
              </w:rPr>
              <w:t xml:space="preserve">Affiliation / </w:t>
            </w:r>
            <w:r>
              <w:rPr>
                <w:b/>
                <w:color w:val="0B67B1"/>
                <w:sz w:val="17"/>
              </w:rPr>
              <w:t>单位信息</w:t>
            </w:r>
            <w:r>
              <w:rPr>
                <w:b/>
                <w:color w:val="0B67B1"/>
                <w:sz w:val="17"/>
              </w:rPr>
              <w:t xml:space="preserve">. </w:t>
            </w:r>
            <w:r>
              <w:rPr>
                <w:sz w:val="17"/>
              </w:rPr>
              <w:t>Institutional affiliation is displayed for professional identification only and does not imply endorsement, authorization, or partnership by the employer unless separately confirmed in writing.</w:t>
            </w:r>
            <w:r>
              <w:rPr>
                <w:color w:val="526173"/>
                <w:sz w:val="16"/>
              </w:rPr>
              <w:t xml:space="preserve"> </w:t>
            </w:r>
            <w:r>
              <w:rPr>
                <w:color w:val="526173"/>
                <w:sz w:val="16"/>
              </w:rPr>
              <w:t>展示工作单位仅用于职业身份识别；除非另有书面确认，不代表所在单位对</w:t>
            </w:r>
            <w:r>
              <w:rPr>
                <w:color w:val="526173"/>
                <w:sz w:val="16"/>
              </w:rPr>
              <w:t>NBIIC-HI</w:t>
            </w:r>
            <w:r>
              <w:rPr>
                <w:color w:val="526173"/>
                <w:sz w:val="16"/>
              </w:rPr>
              <w:t>或相关活动的认可、授权或合作。</w:t>
            </w:r>
          </w:p>
          <w:p w14:paraId="65657073" w14:textId="77777777" w:rsidR="000B225D" w:rsidRDefault="00000000">
            <w:pPr>
              <w:spacing w:after="0" w:line="259" w:lineRule="auto"/>
              <w:rPr>
                <w:lang w:eastAsia="zh-CN"/>
              </w:rPr>
            </w:pPr>
            <w:r>
              <w:rPr>
                <w:b/>
                <w:color w:val="0B67B1"/>
                <w:sz w:val="17"/>
              </w:rPr>
              <w:t xml:space="preserve">Profile approval / </w:t>
            </w:r>
            <w:r>
              <w:rPr>
                <w:b/>
                <w:color w:val="0B67B1"/>
                <w:sz w:val="17"/>
              </w:rPr>
              <w:t>简介确认</w:t>
            </w:r>
            <w:r>
              <w:rPr>
                <w:b/>
                <w:color w:val="0B67B1"/>
                <w:sz w:val="17"/>
              </w:rPr>
              <w:t xml:space="preserve">. </w:t>
            </w:r>
            <w:r>
              <w:rPr>
                <w:sz w:val="17"/>
              </w:rPr>
              <w:t>NBIIC-HI will use the selected visibility preference and may request confirmation of final wording before publication.</w:t>
            </w:r>
            <w:r>
              <w:rPr>
                <w:color w:val="526173"/>
                <w:sz w:val="16"/>
              </w:rPr>
              <w:t xml:space="preserve"> </w:t>
            </w:r>
            <w:r>
              <w:rPr>
                <w:color w:val="526173"/>
                <w:sz w:val="16"/>
                <w:lang w:eastAsia="zh-CN"/>
              </w:rPr>
              <w:t>NBIIC-HI</w:t>
            </w:r>
            <w:r>
              <w:rPr>
                <w:color w:val="526173"/>
                <w:sz w:val="16"/>
                <w:lang w:eastAsia="zh-CN"/>
              </w:rPr>
              <w:t>将按照申请人的展示选择使用信息，并可在发布前请申请人确认最终文字。</w:t>
            </w:r>
          </w:p>
        </w:tc>
      </w:tr>
    </w:tbl>
    <w:p w14:paraId="7FD7E9C9" w14:textId="77777777" w:rsidR="000B225D" w:rsidRDefault="000B225D">
      <w:pPr>
        <w:spacing w:after="40"/>
        <w:rPr>
          <w:lang w:eastAsia="zh-CN"/>
        </w:rPr>
      </w:pPr>
    </w:p>
    <w:p w14:paraId="1930CBB8" w14:textId="77777777" w:rsidR="000B225D" w:rsidRDefault="00000000">
      <w:pPr>
        <w:pStyle w:val="1"/>
      </w:pPr>
      <w:r>
        <w:rPr>
          <w:rFonts w:ascii="Arial" w:eastAsia="SimSun" w:hAnsi="Arial"/>
        </w:rPr>
        <w:t xml:space="preserve">G. Supporting </w:t>
      </w:r>
      <w:proofErr w:type="gramStart"/>
      <w:r>
        <w:rPr>
          <w:rFonts w:ascii="Arial" w:eastAsia="SimSun" w:hAnsi="Arial"/>
        </w:rPr>
        <w:t>Documents</w:t>
      </w:r>
      <w:r>
        <w:rPr>
          <w:rFonts w:ascii="Arial" w:eastAsia="SimSun" w:hAnsi="Arial"/>
          <w:sz w:val="27"/>
        </w:rPr>
        <w:t xml:space="preserve">  </w:t>
      </w:r>
      <w:proofErr w:type="spellStart"/>
      <w:r>
        <w:rPr>
          <w:rFonts w:ascii="Arial" w:eastAsia="SimSun" w:hAnsi="Arial"/>
          <w:sz w:val="27"/>
        </w:rPr>
        <w:t>附件材料</w:t>
      </w:r>
      <w:proofErr w:type="spellEnd"/>
      <w:proofErr w:type="gramEnd"/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0B225D" w14:paraId="0C7E56E3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0040387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Current curriculum vitae (required)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个人简历（必交）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507EF91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Professional licence / registration (if relevant)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执业证书或注册信息（如适用）</w:t>
            </w:r>
          </w:p>
        </w:tc>
      </w:tr>
      <w:tr w:rsidR="000B225D" w14:paraId="74E224F3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5D7EF28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Professional headshot (recommended for public profile)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专业照片（拟公开展示时建议提交）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7FECBEE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Project concept note or supporting material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项目构想书或其他支持材料</w:t>
            </w:r>
          </w:p>
        </w:tc>
      </w:tr>
      <w:tr w:rsidR="000B225D" w14:paraId="3FEBB1DB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2B08706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Selected publications / project list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代表性论文或项目清单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938B7AF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Reference or nomination letter (optional)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推荐或提名材料（选填）</w:t>
            </w:r>
          </w:p>
        </w:tc>
      </w:tr>
      <w:tr w:rsidR="000B225D" w14:paraId="0E680395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5012ED02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Degree / qualification evidence (if requested)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学位或资格证明（按需提供）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11B4663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Other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其他</w:t>
            </w:r>
          </w:p>
        </w:tc>
      </w:tr>
    </w:tbl>
    <w:p w14:paraId="475E26C6" w14:textId="77777777" w:rsidR="000B225D" w:rsidRDefault="000B225D">
      <w:pPr>
        <w:spacing w:after="20"/>
      </w:pPr>
    </w:p>
    <w:p w14:paraId="02024F64" w14:textId="77777777" w:rsidR="000B225D" w:rsidRDefault="00000000">
      <w:pPr>
        <w:pStyle w:val="1"/>
      </w:pPr>
      <w:r>
        <w:rPr>
          <w:rFonts w:ascii="Arial" w:eastAsia="SimSun" w:hAnsi="Arial"/>
        </w:rPr>
        <w:t>H. Applicant Declaration and Signature</w:t>
      </w:r>
      <w:r>
        <w:rPr>
          <w:rFonts w:ascii="Arial" w:eastAsia="SimSun" w:hAnsi="Arial"/>
          <w:sz w:val="27"/>
        </w:rPr>
        <w:t xml:space="preserve">  </w:t>
      </w:r>
      <w:r>
        <w:rPr>
          <w:rFonts w:ascii="Arial" w:eastAsia="SimSun" w:hAnsi="Arial"/>
          <w:sz w:val="27"/>
        </w:rPr>
        <w:t>申请人声明与签署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476600E2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DAC55D8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 confirm that the information provided is accurate and complete to the best of my knowledge.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本人确认所提供的信息在本人知情范围内真实、准确、完整。</w:t>
            </w:r>
          </w:p>
        </w:tc>
      </w:tr>
      <w:tr w:rsidR="000B225D" w14:paraId="48665ED7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F3CBE89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 am authorized to disclose the information and materials included with this application.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本人有权披露本申请所包含的信息与材料。</w:t>
            </w:r>
          </w:p>
        </w:tc>
      </w:tr>
      <w:tr w:rsidR="000B225D" w14:paraId="3BEFAD27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1A514C7A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 have not included identifiable patient information, protected data, employer-confidential information, proprietary information, or materials that I am not authorized to disclose.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本人未提交可识别患者信息、受保护数据、所在单位保密信息、商业秘密或无权披露的材料。</w:t>
            </w:r>
          </w:p>
        </w:tc>
      </w:tr>
      <w:tr w:rsidR="000B225D" w14:paraId="499C3AE2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74D279EC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 remain responsible for complying with the policies, approvals, professional duties, and conflict-of-interest requirements of my employer and professional bodies.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本人负责遵守所在单位及专业机构关于外部活动、审批、职业责任和利益冲突的要求。</w:t>
            </w:r>
          </w:p>
        </w:tc>
      </w:tr>
      <w:tr w:rsidR="000B225D" w14:paraId="5597D426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98BDC87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 understand that submission does not guarantee inclusion, appointment, employment, funding, project participation, public profile publication, or use of an NBIIC-HI title.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本人理解，提交申请不保证入库、聘任、就业、经费、项目参与、官网展示或获得</w:t>
            </w:r>
            <w:r>
              <w:rPr>
                <w:color w:val="526173"/>
                <w:sz w:val="16"/>
              </w:rPr>
              <w:t>NBIIC-HI</w:t>
            </w:r>
            <w:r>
              <w:rPr>
                <w:color w:val="526173"/>
                <w:sz w:val="16"/>
              </w:rPr>
              <w:t>称谓。</w:t>
            </w:r>
          </w:p>
        </w:tc>
      </w:tr>
      <w:tr w:rsidR="000B225D" w14:paraId="2B3D2798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CB29CFB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 understand that project-specific responsibilities, remuneration, intellectual property, authorship, confidentiality, data access, and expenses require separate written agreement.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本人理解，具体项目的职责、报酬、知识产权、署名、保密、数据使用和费用安排须另行书面约定。</w:t>
            </w:r>
          </w:p>
        </w:tc>
      </w:tr>
      <w:tr w:rsidR="000B225D" w14:paraId="71F1B5EA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424C6F6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 will not use the NBIIC-HI name, logo, title, appointment status, or related materials in a misleading manner or without required written authorization.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本人不会以误导方式或在缺乏必要书面授权的情况下使用</w:t>
            </w:r>
            <w:r>
              <w:rPr>
                <w:color w:val="526173"/>
                <w:sz w:val="16"/>
              </w:rPr>
              <w:t>NBIIC-HI</w:t>
            </w:r>
            <w:r>
              <w:rPr>
                <w:color w:val="526173"/>
                <w:sz w:val="16"/>
              </w:rPr>
              <w:t>名称、标识、称谓、聘任身份或相关材料。</w:t>
            </w:r>
          </w:p>
        </w:tc>
      </w:tr>
      <w:tr w:rsidR="000B225D" w14:paraId="0E68A22F" w14:textId="77777777">
        <w:trPr>
          <w:cantSplit/>
          <w:trHeight w:val="5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0DCB716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 consent to NBIIC-HI contacting me, verifying relevant professional information, retaining this application for review and record purposes, and using information according to my public-profile preferences.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本人同意</w:t>
            </w:r>
            <w:r>
              <w:rPr>
                <w:color w:val="526173"/>
                <w:sz w:val="16"/>
              </w:rPr>
              <w:t>NBIIC-HI</w:t>
            </w:r>
            <w:r>
              <w:rPr>
                <w:color w:val="526173"/>
                <w:sz w:val="16"/>
              </w:rPr>
              <w:t>就本申请与本人联系、核实相关职业信息、为审核与档案目的保存本申请，并按照本人选择的公开范围使用相关信息。</w:t>
            </w:r>
          </w:p>
        </w:tc>
      </w:tr>
    </w:tbl>
    <w:p w14:paraId="5F229AB9" w14:textId="77777777" w:rsidR="000B225D" w:rsidRDefault="000B225D">
      <w:pPr>
        <w:spacing w:after="20"/>
      </w:pP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0B225D" w14:paraId="08D64FD5" w14:textId="77777777">
        <w:trPr>
          <w:cantSplit/>
          <w:trHeight w:val="104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D968725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Applicant name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申请人姓名</w:t>
            </w:r>
          </w:p>
          <w:p w14:paraId="22CB6B6A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0E4743B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Current institution / organization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现工作单位</w:t>
            </w:r>
          </w:p>
          <w:p w14:paraId="074BFA84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  <w:tr w:rsidR="000B225D" w14:paraId="082AC8DA" w14:textId="77777777">
        <w:trPr>
          <w:cantSplit/>
          <w:trHeight w:val="104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0C1427F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Signature (typed or handwritten)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签名（电子或手写）</w:t>
            </w:r>
          </w:p>
          <w:p w14:paraId="3120CABE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20EB53C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Date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日期</w:t>
            </w:r>
          </w:p>
          <w:p w14:paraId="194BB350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YYYY-MM-DD</w:t>
            </w:r>
          </w:p>
        </w:tc>
      </w:tr>
    </w:tbl>
    <w:p w14:paraId="6C67FCEE" w14:textId="77777777" w:rsidR="000B225D" w:rsidRDefault="000B225D">
      <w:pPr>
        <w:spacing w:after="20"/>
      </w:pPr>
    </w:p>
    <w:p w14:paraId="6C5F16F7" w14:textId="77777777" w:rsidR="000B225D" w:rsidRDefault="00000000">
      <w:pPr>
        <w:pStyle w:val="21"/>
        <w:pageBreakBefore/>
        <w:spacing w:before="0" w:after="0" w:line="252" w:lineRule="auto"/>
      </w:pPr>
      <w:r>
        <w:rPr>
          <w:rFonts w:ascii="Arial" w:eastAsia="SimSun" w:hAnsi="Arial"/>
        </w:rPr>
        <w:lastRenderedPageBreak/>
        <w:t>Submission Instructions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提交说明</w:t>
      </w:r>
    </w:p>
    <w:p w14:paraId="17010023" w14:textId="77777777" w:rsidR="000B225D" w:rsidRDefault="00000000">
      <w:pPr>
        <w:spacing w:after="80" w:line="259" w:lineRule="auto"/>
      </w:pPr>
      <w:r>
        <w:rPr>
          <w:sz w:val="17"/>
        </w:rPr>
        <w:t>Submit the completed form and supporting documents to admin@nbiic.ca using the subject line: Global Expert &amp; Talent Pool Application - [Applicant Name] - [Country / Region].</w:t>
      </w:r>
      <w:r>
        <w:rPr>
          <w:color w:val="526173"/>
          <w:sz w:val="16"/>
        </w:rPr>
        <w:t xml:space="preserve"> </w:t>
      </w:r>
      <w:r>
        <w:rPr>
          <w:color w:val="526173"/>
          <w:sz w:val="16"/>
        </w:rPr>
        <w:t>请将填妥的申请表及附件发送至</w:t>
      </w:r>
      <w:r>
        <w:rPr>
          <w:color w:val="526173"/>
          <w:sz w:val="16"/>
        </w:rPr>
        <w:t xml:space="preserve"> admin@nbiic.ca</w:t>
      </w:r>
      <w:r>
        <w:rPr>
          <w:color w:val="526173"/>
          <w:sz w:val="16"/>
        </w:rPr>
        <w:t>，邮件主题请注明：全球专家与人才库申请－</w:t>
      </w:r>
      <w:r>
        <w:rPr>
          <w:color w:val="526173"/>
          <w:sz w:val="16"/>
        </w:rPr>
        <w:t>[</w:t>
      </w:r>
      <w:r>
        <w:rPr>
          <w:color w:val="526173"/>
          <w:sz w:val="16"/>
        </w:rPr>
        <w:t>申请人姓名</w:t>
      </w:r>
      <w:r>
        <w:rPr>
          <w:color w:val="526173"/>
          <w:sz w:val="16"/>
        </w:rPr>
        <w:t>]</w:t>
      </w:r>
      <w:r>
        <w:rPr>
          <w:color w:val="526173"/>
          <w:sz w:val="16"/>
        </w:rPr>
        <w:t>－</w:t>
      </w:r>
      <w:r>
        <w:rPr>
          <w:color w:val="526173"/>
          <w:sz w:val="16"/>
        </w:rPr>
        <w:t>[</w:t>
      </w:r>
      <w:r>
        <w:rPr>
          <w:color w:val="526173"/>
          <w:sz w:val="16"/>
        </w:rPr>
        <w:t>国家</w:t>
      </w:r>
      <w:r>
        <w:rPr>
          <w:color w:val="526173"/>
          <w:sz w:val="16"/>
        </w:rPr>
        <w:t>/</w:t>
      </w:r>
      <w:r>
        <w:rPr>
          <w:color w:val="526173"/>
          <w:sz w:val="16"/>
        </w:rPr>
        <w:t>地区</w:t>
      </w:r>
      <w:r>
        <w:rPr>
          <w:color w:val="526173"/>
          <w:sz w:val="16"/>
        </w:rPr>
        <w:t>]</w:t>
      </w:r>
      <w:r>
        <w:rPr>
          <w:color w:val="526173"/>
          <w:sz w:val="16"/>
        </w:rPr>
        <w:t>。</w:t>
      </w:r>
    </w:p>
    <w:p w14:paraId="1C6F02AD" w14:textId="77777777" w:rsidR="000B225D" w:rsidRDefault="00000000">
      <w:pPr>
        <w:spacing w:after="80" w:line="259" w:lineRule="auto"/>
        <w:rPr>
          <w:lang w:eastAsia="zh-CN"/>
        </w:rPr>
      </w:pPr>
      <w:r>
        <w:rPr>
          <w:sz w:val="17"/>
        </w:rPr>
        <w:t>NBIIC-HI may request clarification, an interview, verification, additional documents, or a project discussion before making a decision. Applications may be accepted, deferred, redirected, limited to project collaboration, or declined.</w:t>
      </w:r>
      <w:r>
        <w:rPr>
          <w:color w:val="526173"/>
          <w:sz w:val="16"/>
        </w:rPr>
        <w:t xml:space="preserve"> </w:t>
      </w:r>
      <w:r>
        <w:rPr>
          <w:color w:val="526173"/>
          <w:sz w:val="16"/>
          <w:lang w:eastAsia="zh-CN"/>
        </w:rPr>
        <w:t>NBIIC-HI</w:t>
      </w:r>
      <w:r>
        <w:rPr>
          <w:color w:val="526173"/>
          <w:sz w:val="16"/>
          <w:lang w:eastAsia="zh-CN"/>
        </w:rPr>
        <w:t>可在决定前要求补充说明、面谈、核实资料、补交文件或讨论具体项目；申请可能被接受、暂缓、转入其他合作路径、仅限项目合作或不予接受。</w:t>
      </w:r>
    </w:p>
    <w:p w14:paraId="69C67705" w14:textId="77777777" w:rsidR="000B225D" w:rsidRDefault="00000000">
      <w:pPr>
        <w:pStyle w:val="1"/>
      </w:pPr>
      <w:r>
        <w:rPr>
          <w:rFonts w:ascii="Arial" w:eastAsia="SimSun" w:hAnsi="Arial"/>
        </w:rPr>
        <w:t xml:space="preserve">I. For NBIIC-HI Office Use </w:t>
      </w:r>
      <w:proofErr w:type="gramStart"/>
      <w:r>
        <w:rPr>
          <w:rFonts w:ascii="Arial" w:eastAsia="SimSun" w:hAnsi="Arial"/>
        </w:rPr>
        <w:t>Only</w:t>
      </w:r>
      <w:r>
        <w:rPr>
          <w:rFonts w:ascii="Arial" w:eastAsia="SimSun" w:hAnsi="Arial"/>
          <w:sz w:val="27"/>
        </w:rPr>
        <w:t xml:space="preserve">  </w:t>
      </w:r>
      <w:r>
        <w:rPr>
          <w:rFonts w:ascii="Arial" w:eastAsia="SimSun" w:hAnsi="Arial"/>
          <w:sz w:val="27"/>
        </w:rPr>
        <w:t>仅供</w:t>
      </w:r>
      <w:proofErr w:type="gramEnd"/>
      <w:r>
        <w:rPr>
          <w:rFonts w:ascii="Arial" w:eastAsia="SimSun" w:hAnsi="Arial"/>
          <w:sz w:val="27"/>
        </w:rPr>
        <w:t>NBIIC-HI</w:t>
      </w:r>
      <w:r>
        <w:rPr>
          <w:rFonts w:ascii="Arial" w:eastAsia="SimSun" w:hAnsi="Arial"/>
          <w:sz w:val="27"/>
        </w:rPr>
        <w:t>内部审核使用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0B225D" w14:paraId="3CBAA103" w14:textId="77777777">
        <w:trPr>
          <w:cantSplit/>
          <w:trHeight w:val="84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DD0E24A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Date received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收件日期</w:t>
            </w:r>
          </w:p>
          <w:p w14:paraId="51862B2A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332D4E2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Internal reference number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内部编号</w:t>
            </w:r>
          </w:p>
          <w:p w14:paraId="701DA7C8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  <w:tr w:rsidR="000B225D" w14:paraId="29790079" w14:textId="77777777">
        <w:trPr>
          <w:cantSplit/>
          <w:trHeight w:val="84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EBFC595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Referring person / source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推荐人或来源</w:t>
            </w:r>
          </w:p>
          <w:p w14:paraId="7E0BC8A1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51CD116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Assigned reviewer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指定审核人</w:t>
            </w:r>
          </w:p>
          <w:p w14:paraId="5D8DF190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</w:tbl>
    <w:p w14:paraId="2213EFA9" w14:textId="77777777" w:rsidR="000B225D" w:rsidRDefault="000B225D">
      <w:pPr>
        <w:spacing w:after="20"/>
      </w:pPr>
    </w:p>
    <w:p w14:paraId="71DDE7BB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t>Initial assessment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初步审核结果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0B225D" w14:paraId="4AAE8A56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90FD9C2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Accept into expert and talent pool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同意纳入专家与人才库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021C5D0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Further information or verification required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需要补充或核实资料</w:t>
            </w:r>
          </w:p>
        </w:tc>
      </w:tr>
      <w:tr w:rsidR="000B225D" w14:paraId="68FD32F7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4FDF3EA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Consider for formal appointment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建议进入正式聘任评估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D831659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Hold for future review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暂缓并保留后续评估</w:t>
            </w:r>
          </w:p>
        </w:tc>
      </w:tr>
      <w:tr w:rsidR="000B225D" w14:paraId="20898F70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54991761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Project collaboration only at this stage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现阶段仅开展项目合作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1022C26D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Redirect to another collaboration pathway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转入其他合作路径</w:t>
            </w:r>
          </w:p>
        </w:tc>
      </w:tr>
      <w:tr w:rsidR="000B225D" w14:paraId="741C546D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58508C3C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Interview / meeting recommended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建议安排面谈或会议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520BDC1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Not suitable at this stage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现阶段不适合</w:t>
            </w:r>
          </w:p>
        </w:tc>
      </w:tr>
    </w:tbl>
    <w:p w14:paraId="7DDFC617" w14:textId="77777777" w:rsidR="000B225D" w:rsidRDefault="000B225D">
      <w:pPr>
        <w:spacing w:after="20"/>
      </w:pPr>
    </w:p>
    <w:p w14:paraId="0CBF6129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t>Recommended appointment pathway (if applicable)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建议聘任类别（如适用）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0B225D" w14:paraId="6BDFC1E7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4FF1EAA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International Academic Advisor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国际学术顾问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A481F25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Clinical and Translational Medicine Advisor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临床与转化医学顾问</w:t>
            </w:r>
          </w:p>
        </w:tc>
      </w:tr>
      <w:tr w:rsidR="000B225D" w14:paraId="284EEA5B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21EB79A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Distinguished Research Fellow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特聘资深研究员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F764C02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Biopharmaceutical Industry Advisor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生物医药产业顾问</w:t>
            </w:r>
          </w:p>
        </w:tc>
      </w:tr>
      <w:tr w:rsidR="000B225D" w14:paraId="553D126D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768178C0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Senior Research Fellow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特聘高级研究员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00259D4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International Collaboration Advisor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国际合作顾问</w:t>
            </w:r>
          </w:p>
        </w:tc>
      </w:tr>
      <w:tr w:rsidR="000B225D" w14:paraId="2201E99C" w14:textId="77777777">
        <w:trPr>
          <w:cantSplit/>
          <w:trHeight w:val="500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2F8B578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Research Fellow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特聘研究员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A567637" w14:textId="77777777" w:rsidR="000B225D" w:rsidRDefault="00000000">
            <w:pPr>
              <w:spacing w:after="0" w:line="252" w:lineRule="auto"/>
            </w:pPr>
            <w:r>
              <w:rPr>
                <w:sz w:val="17"/>
              </w:rPr>
              <w:t>☐ Other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color w:val="526173"/>
                <w:sz w:val="16"/>
              </w:rPr>
              <w:t>其他</w:t>
            </w:r>
          </w:p>
        </w:tc>
      </w:tr>
    </w:tbl>
    <w:p w14:paraId="3E6BC00B" w14:textId="77777777" w:rsidR="000B225D" w:rsidRDefault="000B225D">
      <w:pPr>
        <w:spacing w:after="20"/>
      </w:pP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0B225D" w14:paraId="45A25094" w14:textId="77777777">
        <w:trPr>
          <w:cantSplit/>
          <w:trHeight w:val="88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6B32C94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Recommended public title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建议公开称谓</w:t>
            </w:r>
          </w:p>
          <w:p w14:paraId="62C207A6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8AC5BFF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Proposed appointment term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建议聘期</w:t>
            </w:r>
          </w:p>
          <w:p w14:paraId="175226AC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e.g., 3 years</w:t>
            </w:r>
          </w:p>
        </w:tc>
      </w:tr>
      <w:tr w:rsidR="000B225D" w14:paraId="669549FC" w14:textId="77777777">
        <w:trPr>
          <w:cantSplit/>
          <w:trHeight w:val="880"/>
        </w:trPr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EFA0B2A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Primary expertise category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主要专业类别</w:t>
            </w:r>
          </w:p>
          <w:p w14:paraId="598B3C73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  <w:tc>
          <w:tcPr>
            <w:tcW w:w="499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D9ADAB9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Public profile status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官网展示状态</w:t>
            </w:r>
          </w:p>
          <w:p w14:paraId="48C5C7F8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Full / Limited / Internal only</w:t>
            </w:r>
          </w:p>
        </w:tc>
      </w:tr>
    </w:tbl>
    <w:p w14:paraId="08444109" w14:textId="77777777" w:rsidR="000B225D" w:rsidRDefault="000B225D">
      <w:pPr>
        <w:spacing w:after="20"/>
      </w:pPr>
    </w:p>
    <w:p w14:paraId="3D7FACBE" w14:textId="77777777" w:rsidR="000B225D" w:rsidRDefault="00000000">
      <w:pPr>
        <w:pStyle w:val="21"/>
        <w:spacing w:before="0" w:after="0" w:line="252" w:lineRule="auto"/>
      </w:pPr>
      <w:r>
        <w:rPr>
          <w:rFonts w:ascii="Arial" w:eastAsia="SimSun" w:hAnsi="Arial"/>
        </w:rPr>
        <w:lastRenderedPageBreak/>
        <w:t>Final review and approval</w:t>
      </w:r>
      <w:r>
        <w:rPr>
          <w:rFonts w:ascii="Arial" w:eastAsia="SimSun" w:hAnsi="Arial"/>
          <w:b w:val="0"/>
          <w:color w:val="526173"/>
        </w:rPr>
        <w:t xml:space="preserve"> / </w:t>
      </w:r>
      <w:r>
        <w:rPr>
          <w:rFonts w:ascii="Arial" w:eastAsia="SimSun" w:hAnsi="Arial"/>
          <w:sz w:val="20"/>
        </w:rPr>
        <w:t>最终审核与批准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26A24C71" w14:textId="77777777">
        <w:trPr>
          <w:cantSplit/>
          <w:trHeight w:val="2100"/>
        </w:trPr>
        <w:tc>
          <w:tcPr>
            <w:tcW w:w="99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612D0E2" w14:textId="77777777" w:rsidR="000B225D" w:rsidRDefault="00000000">
            <w:pPr>
              <w:spacing w:after="0" w:line="252" w:lineRule="auto"/>
            </w:pPr>
            <w:r>
              <w:rPr>
                <w:b/>
                <w:sz w:val="18"/>
              </w:rPr>
              <w:t>Review notes, verification requirements, conditions, and proposed next action</w:t>
            </w:r>
            <w:r>
              <w:rPr>
                <w:color w:val="526173"/>
                <w:sz w:val="18"/>
              </w:rPr>
              <w:t xml:space="preserve"> / </w:t>
            </w:r>
            <w:r>
              <w:rPr>
                <w:b/>
                <w:color w:val="526173"/>
                <w:sz w:val="17"/>
              </w:rPr>
              <w:t>审核意见、核实要求、聘任条件及下一步安排</w:t>
            </w:r>
          </w:p>
          <w:p w14:paraId="7AE46276" w14:textId="77777777" w:rsidR="000B225D" w:rsidRDefault="00000000">
            <w:pPr>
              <w:spacing w:before="40" w:after="0"/>
            </w:pPr>
            <w:r>
              <w:rPr>
                <w:i/>
                <w:color w:val="7A8492"/>
                <w:sz w:val="17"/>
              </w:rPr>
              <w:t>Click or tap here to enter text.</w:t>
            </w:r>
          </w:p>
        </w:tc>
      </w:tr>
    </w:tbl>
    <w:p w14:paraId="3B5B6364" w14:textId="77777777" w:rsidR="000B225D" w:rsidRDefault="000B225D">
      <w:pPr>
        <w:spacing w:after="40"/>
      </w:pP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2400"/>
        <w:gridCol w:w="3000"/>
        <w:gridCol w:w="1580"/>
      </w:tblGrid>
      <w:tr w:rsidR="000B225D" w14:paraId="3E0A9208" w14:textId="77777777">
        <w:trPr>
          <w:cantSplit/>
          <w:trHeight w:val="600"/>
          <w:tblHeader/>
        </w:trPr>
        <w:tc>
          <w:tcPr>
            <w:tcW w:w="30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3C00D316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Decision / approval role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审批角色</w:t>
            </w:r>
          </w:p>
        </w:tc>
        <w:tc>
          <w:tcPr>
            <w:tcW w:w="24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06AED214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Name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姓名</w:t>
            </w:r>
          </w:p>
        </w:tc>
        <w:tc>
          <w:tcPr>
            <w:tcW w:w="30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7BBE0FFF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Signature / confirmation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签署或确认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EAF3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45789575" w14:textId="77777777" w:rsidR="000B225D" w:rsidRDefault="00000000">
            <w:pPr>
              <w:spacing w:after="0" w:line="252" w:lineRule="auto"/>
              <w:jc w:val="center"/>
            </w:pPr>
            <w:r>
              <w:rPr>
                <w:b/>
                <w:color w:val="0B67B1"/>
                <w:sz w:val="17"/>
              </w:rPr>
              <w:t>Date</w:t>
            </w:r>
            <w:r>
              <w:rPr>
                <w:color w:val="526173"/>
                <w:sz w:val="17"/>
              </w:rPr>
              <w:t xml:space="preserve"> / </w:t>
            </w:r>
            <w:r>
              <w:rPr>
                <w:b/>
                <w:color w:val="0B67B1"/>
                <w:sz w:val="16"/>
              </w:rPr>
              <w:t>日期</w:t>
            </w:r>
          </w:p>
        </w:tc>
      </w:tr>
      <w:tr w:rsidR="000B225D" w14:paraId="11A76724" w14:textId="77777777">
        <w:trPr>
          <w:cantSplit/>
          <w:trHeight w:val="880"/>
        </w:trPr>
        <w:tc>
          <w:tcPr>
            <w:tcW w:w="30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3690FF4B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4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739EB789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30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AF3F410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BE6D5DD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  <w:tr w:rsidR="000B225D" w14:paraId="3E7465BE" w14:textId="77777777">
        <w:trPr>
          <w:cantSplit/>
          <w:trHeight w:val="880"/>
        </w:trPr>
        <w:tc>
          <w:tcPr>
            <w:tcW w:w="30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5E2C7A43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4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B5B404B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30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6BE62ED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70E5E44E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  <w:tr w:rsidR="000B225D" w14:paraId="24317617" w14:textId="77777777">
        <w:trPr>
          <w:cantSplit/>
          <w:trHeight w:val="880"/>
        </w:trPr>
        <w:tc>
          <w:tcPr>
            <w:tcW w:w="30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127008F6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24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6F147E29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300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0038DEF6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  <w:tc>
          <w:tcPr>
            <w:tcW w:w="1580" w:type="dxa"/>
            <w:tcBorders>
              <w:top w:val="single" w:sz="7" w:space="0" w:color="B7D4EC"/>
              <w:left w:val="single" w:sz="7" w:space="0" w:color="B7D4EC"/>
              <w:bottom w:val="single" w:sz="7" w:space="0" w:color="B7D4EC"/>
              <w:right w:val="single" w:sz="7" w:space="0" w:color="B7D4EC"/>
            </w:tcBorders>
            <w:shd w:val="clear" w:color="auto" w:fill="F4F7FB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20CE44C8" w14:textId="77777777" w:rsidR="000B225D" w:rsidRDefault="00000000">
            <w:r>
              <w:rPr>
                <w:i/>
                <w:color w:val="7A8492"/>
                <w:sz w:val="16"/>
              </w:rPr>
              <w:t>Click or tap here to enter text.</w:t>
            </w:r>
          </w:p>
        </w:tc>
      </w:tr>
    </w:tbl>
    <w:p w14:paraId="188C1285" w14:textId="77777777" w:rsidR="000B225D" w:rsidRDefault="000B225D">
      <w:pPr>
        <w:spacing w:after="20"/>
      </w:pP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0B225D" w14:paraId="6D6BE2AE" w14:textId="77777777">
        <w:trPr>
          <w:cantSplit/>
        </w:trPr>
        <w:tc>
          <w:tcPr>
            <w:tcW w:w="9980" w:type="dxa"/>
            <w:tcBorders>
              <w:top w:val="single" w:sz="8" w:space="0" w:color="C88A16"/>
              <w:left w:val="single" w:sz="8" w:space="0" w:color="C88A16"/>
              <w:bottom w:val="single" w:sz="8" w:space="0" w:color="C88A16"/>
              <w:right w:val="single" w:sz="8" w:space="0" w:color="C88A16"/>
            </w:tcBorders>
            <w:shd w:val="clear" w:color="auto" w:fill="FFF8E8"/>
            <w:tcMar>
              <w:top w:w="130" w:type="dxa"/>
              <w:left w:w="150" w:type="dxa"/>
              <w:bottom w:w="120" w:type="dxa"/>
              <w:right w:w="150" w:type="dxa"/>
            </w:tcMar>
          </w:tcPr>
          <w:p w14:paraId="50AF3AB4" w14:textId="3E0072D0" w:rsidR="000B225D" w:rsidRDefault="00000000">
            <w:pPr>
              <w:spacing w:after="0" w:line="259" w:lineRule="auto"/>
              <w:rPr>
                <w:lang w:eastAsia="zh-CN"/>
              </w:rPr>
            </w:pPr>
            <w:r>
              <w:rPr>
                <w:b/>
                <w:color w:val="C88A16"/>
                <w:sz w:val="17"/>
              </w:rPr>
              <w:t xml:space="preserve">Internal status / </w:t>
            </w:r>
            <w:r>
              <w:rPr>
                <w:b/>
                <w:color w:val="C88A16"/>
                <w:sz w:val="17"/>
              </w:rPr>
              <w:t>内部状态</w:t>
            </w:r>
            <w:r>
              <w:rPr>
                <w:b/>
                <w:color w:val="C88A16"/>
                <w:sz w:val="17"/>
              </w:rPr>
              <w:t xml:space="preserve">. </w:t>
            </w:r>
            <w:r w:rsidR="006C0BA5" w:rsidRPr="006C0BA5">
              <w:rPr>
                <w:sz w:val="17"/>
              </w:rPr>
              <w:t>Please complete all applicable fields as fully as possible. More complete information will help NBIIC-HI better understand your professional background and identify suitable experts, projects, institutions, and collaboration opportunities. Any appointment, public title, website profile, or project participation becomes effective only after the applicable NBIIC-HI review and written confirmation</w:t>
            </w:r>
            <w:r>
              <w:rPr>
                <w:sz w:val="17"/>
              </w:rPr>
              <w:t>.</w:t>
            </w:r>
            <w:r w:rsidR="006C0BA5">
              <w:rPr>
                <w:rFonts w:hint="eastAsia"/>
                <w:color w:val="526173"/>
                <w:sz w:val="16"/>
                <w:lang w:eastAsia="zh-CN"/>
              </w:rPr>
              <w:t xml:space="preserve"> </w:t>
            </w:r>
            <w:r w:rsidR="006C0BA5" w:rsidRPr="006C0BA5">
              <w:rPr>
                <w:rFonts w:hint="eastAsia"/>
                <w:color w:val="526173"/>
                <w:sz w:val="16"/>
              </w:rPr>
              <w:t>请尽可能完整填写所有适用信息</w:t>
            </w:r>
            <w:r w:rsidR="006C0BA5">
              <w:rPr>
                <w:rFonts w:hint="eastAsia"/>
                <w:color w:val="526173"/>
                <w:sz w:val="16"/>
                <w:lang w:eastAsia="zh-CN"/>
              </w:rPr>
              <w:t>。</w:t>
            </w:r>
            <w:r w:rsidR="006C0BA5" w:rsidRPr="006C0BA5">
              <w:rPr>
                <w:rFonts w:hint="eastAsia"/>
                <w:color w:val="526173"/>
                <w:sz w:val="16"/>
                <w:lang w:eastAsia="zh-CN"/>
              </w:rPr>
              <w:t>较完整的资料有助于</w:t>
            </w:r>
            <w:r w:rsidR="006C0BA5" w:rsidRPr="006C0BA5">
              <w:rPr>
                <w:rFonts w:hint="eastAsia"/>
                <w:color w:val="526173"/>
                <w:sz w:val="16"/>
                <w:lang w:eastAsia="zh-CN"/>
              </w:rPr>
              <w:t xml:space="preserve"> NBIIC-HI </w:t>
            </w:r>
            <w:r w:rsidR="006C0BA5" w:rsidRPr="006C0BA5">
              <w:rPr>
                <w:rFonts w:hint="eastAsia"/>
                <w:color w:val="526173"/>
                <w:sz w:val="16"/>
                <w:lang w:eastAsia="zh-CN"/>
              </w:rPr>
              <w:t>更好地了解您的专业背景，并进行专家、项目、合作机构及相关合作机会的匹配。任何聘任、公开称谓、官网展示或项目参与，均须完成相应审核并获得</w:t>
            </w:r>
            <w:r w:rsidR="006C0BA5" w:rsidRPr="006C0BA5">
              <w:rPr>
                <w:rFonts w:hint="eastAsia"/>
                <w:color w:val="526173"/>
                <w:sz w:val="16"/>
                <w:lang w:eastAsia="zh-CN"/>
              </w:rPr>
              <w:t xml:space="preserve"> NBIIC-HI </w:t>
            </w:r>
            <w:r w:rsidR="006C0BA5" w:rsidRPr="006C0BA5">
              <w:rPr>
                <w:rFonts w:hint="eastAsia"/>
                <w:color w:val="526173"/>
                <w:sz w:val="16"/>
                <w:lang w:eastAsia="zh-CN"/>
              </w:rPr>
              <w:t>书面确认后方可生效。</w:t>
            </w:r>
          </w:p>
        </w:tc>
      </w:tr>
    </w:tbl>
    <w:p w14:paraId="5EE41E80" w14:textId="77777777" w:rsidR="000B225D" w:rsidRDefault="000B225D">
      <w:pPr>
        <w:spacing w:after="40"/>
        <w:rPr>
          <w:lang w:eastAsia="zh-CN"/>
        </w:rPr>
      </w:pPr>
    </w:p>
    <w:sectPr w:rsidR="000B225D" w:rsidSect="00034616">
      <w:headerReference w:type="default" r:id="rId8"/>
      <w:footerReference w:type="default" r:id="rId9"/>
      <w:pgSz w:w="11906" w:h="16838"/>
      <w:pgMar w:top="1191" w:right="964" w:bottom="964" w:left="964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40BDA" w14:textId="77777777" w:rsidR="00740F4B" w:rsidRDefault="00740F4B">
      <w:pPr>
        <w:spacing w:after="0" w:line="240" w:lineRule="auto"/>
      </w:pPr>
      <w:r>
        <w:separator/>
      </w:r>
    </w:p>
  </w:endnote>
  <w:endnote w:type="continuationSeparator" w:id="0">
    <w:p w14:paraId="126051B2" w14:textId="77777777" w:rsidR="00740F4B" w:rsidRDefault="00740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5C132" w14:textId="77777777" w:rsidR="000B225D" w:rsidRDefault="000B225D">
    <w:pPr>
      <w:pStyle w:val="a7"/>
    </w:pPr>
  </w:p>
  <w:tbl>
    <w:tblPr>
      <w:tblW w:w="9980" w:type="dxa"/>
      <w:tblLayout w:type="fixed"/>
      <w:tblLook w:val="04A0" w:firstRow="1" w:lastRow="0" w:firstColumn="1" w:lastColumn="0" w:noHBand="0" w:noVBand="1"/>
    </w:tblPr>
    <w:tblGrid>
      <w:gridCol w:w="3200"/>
      <w:gridCol w:w="3580"/>
      <w:gridCol w:w="3200"/>
    </w:tblGrid>
    <w:tr w:rsidR="000B225D" w14:paraId="6C01E8BF" w14:textId="77777777">
      <w:tc>
        <w:tcPr>
          <w:tcW w:w="32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6E917F7E" w14:textId="77777777" w:rsidR="000B225D" w:rsidRDefault="00000000">
          <w:pPr>
            <w:spacing w:after="0"/>
          </w:pPr>
          <w:r>
            <w:rPr>
              <w:color w:val="526173"/>
              <w:sz w:val="15"/>
            </w:rPr>
            <w:t>NBIIC-GEAF-01 | Version 1.0</w:t>
          </w: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5ED4E6EE" w14:textId="77777777" w:rsidR="000B225D" w:rsidRDefault="00000000">
          <w:pPr>
            <w:spacing w:after="0"/>
            <w:jc w:val="center"/>
          </w:pPr>
          <w:r>
            <w:rPr>
              <w:color w:val="526173"/>
              <w:sz w:val="15"/>
            </w:rPr>
            <w:t>www.nbiic.ca</w:t>
          </w:r>
        </w:p>
      </w:tc>
      <w:tc>
        <w:tcPr>
          <w:tcW w:w="32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28AC1081" w14:textId="77777777" w:rsidR="000B225D" w:rsidRDefault="00000000">
          <w:pPr>
            <w:spacing w:after="0"/>
            <w:jc w:val="right"/>
          </w:pPr>
          <w:r>
            <w:rPr>
              <w:color w:val="526173"/>
              <w:sz w:val="15"/>
            </w:rPr>
            <w:t xml:space="preserve">admin@nbiic.ca | Page </w:t>
          </w:r>
          <w:r>
            <w:rPr>
              <w:color w:val="526173"/>
              <w:sz w:val="16"/>
            </w:rPr>
            <w:fldChar w:fldCharType="begin"/>
          </w:r>
          <w:r>
            <w:rPr>
              <w:color w:val="526173"/>
              <w:sz w:val="16"/>
            </w:rPr>
            <w:instrText xml:space="preserve"> PAGE </w:instrText>
          </w:r>
          <w:r>
            <w:rPr>
              <w:color w:val="526173"/>
              <w:sz w:val="16"/>
            </w:rPr>
            <w:fldChar w:fldCharType="separate"/>
          </w:r>
          <w:r w:rsidR="009E012E">
            <w:rPr>
              <w:noProof/>
              <w:color w:val="526173"/>
              <w:sz w:val="16"/>
            </w:rPr>
            <w:t>1</w:t>
          </w:r>
          <w:r>
            <w:rPr>
              <w:color w:val="526173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5CDCE" w14:textId="77777777" w:rsidR="00740F4B" w:rsidRDefault="00740F4B">
      <w:pPr>
        <w:spacing w:after="0" w:line="240" w:lineRule="auto"/>
      </w:pPr>
      <w:r>
        <w:separator/>
      </w:r>
    </w:p>
  </w:footnote>
  <w:footnote w:type="continuationSeparator" w:id="0">
    <w:p w14:paraId="0E2902C9" w14:textId="77777777" w:rsidR="00740F4B" w:rsidRDefault="00740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072AE" w14:textId="77777777" w:rsidR="000B225D" w:rsidRDefault="000B225D">
    <w:pPr>
      <w:pStyle w:val="a5"/>
    </w:pPr>
  </w:p>
  <w:tbl>
    <w:tblPr>
      <w:tblW w:w="9980" w:type="dxa"/>
      <w:tblLayout w:type="fixed"/>
      <w:tblLook w:val="04A0" w:firstRow="1" w:lastRow="0" w:firstColumn="1" w:lastColumn="0" w:noHBand="0" w:noVBand="1"/>
    </w:tblPr>
    <w:tblGrid>
      <w:gridCol w:w="900"/>
      <w:gridCol w:w="9080"/>
    </w:tblGrid>
    <w:tr w:rsidR="000B225D" w14:paraId="0E495602" w14:textId="77777777">
      <w:tc>
        <w:tcPr>
          <w:tcW w:w="9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0FBC4AEA" w14:textId="77777777" w:rsidR="000B225D" w:rsidRDefault="00000000">
          <w:r>
            <w:rPr>
              <w:noProof/>
            </w:rPr>
            <w:drawing>
              <wp:inline distT="0" distB="0" distL="0" distR="0" wp14:anchorId="193AE994" wp14:editId="041F966E">
                <wp:extent cx="486000" cy="486000"/>
                <wp:effectExtent l="0" t="0" r="0" b="0"/>
                <wp:docPr id="1" name="Picture 1" descr="NBIIC-HI logo" title="NBIIC-HI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6000" cy="48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8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592B458" w14:textId="77777777" w:rsidR="000B225D" w:rsidRDefault="00000000">
          <w:pPr>
            <w:spacing w:before="20" w:after="0"/>
          </w:pPr>
          <w:r>
            <w:rPr>
              <w:b/>
              <w:color w:val="0B67B1"/>
              <w:sz w:val="22"/>
            </w:rPr>
            <w:t>Norman Bethune International Institute of Canada</w:t>
          </w:r>
        </w:p>
        <w:p w14:paraId="281D7CCC" w14:textId="77777777" w:rsidR="000B225D" w:rsidRDefault="00000000">
          <w:pPr>
            <w:spacing w:after="0"/>
          </w:pPr>
          <w:r>
            <w:rPr>
              <w:color w:val="526173"/>
              <w:sz w:val="18"/>
            </w:rPr>
            <w:t>for Healthcare Innovation | NBIIC-HI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8906264">
    <w:abstractNumId w:val="8"/>
  </w:num>
  <w:num w:numId="2" w16cid:durableId="1640838521">
    <w:abstractNumId w:val="6"/>
  </w:num>
  <w:num w:numId="3" w16cid:durableId="1200707776">
    <w:abstractNumId w:val="5"/>
  </w:num>
  <w:num w:numId="4" w16cid:durableId="460005514">
    <w:abstractNumId w:val="4"/>
  </w:num>
  <w:num w:numId="5" w16cid:durableId="755202339">
    <w:abstractNumId w:val="7"/>
  </w:num>
  <w:num w:numId="6" w16cid:durableId="1048795789">
    <w:abstractNumId w:val="3"/>
  </w:num>
  <w:num w:numId="7" w16cid:durableId="1359893601">
    <w:abstractNumId w:val="2"/>
  </w:num>
  <w:num w:numId="8" w16cid:durableId="843132320">
    <w:abstractNumId w:val="1"/>
  </w:num>
  <w:num w:numId="9" w16cid:durableId="1073700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411F"/>
    <w:rsid w:val="000B225D"/>
    <w:rsid w:val="0015074B"/>
    <w:rsid w:val="001D2315"/>
    <w:rsid w:val="0029639D"/>
    <w:rsid w:val="002F4A56"/>
    <w:rsid w:val="00326F90"/>
    <w:rsid w:val="006C0BA5"/>
    <w:rsid w:val="00723B5A"/>
    <w:rsid w:val="00740F4B"/>
    <w:rsid w:val="0098097E"/>
    <w:rsid w:val="009E012E"/>
    <w:rsid w:val="00AA1D8D"/>
    <w:rsid w:val="00B47730"/>
    <w:rsid w:val="00BA0E95"/>
    <w:rsid w:val="00BF4BF5"/>
    <w:rsid w:val="00C31F99"/>
    <w:rsid w:val="00CB0664"/>
    <w:rsid w:val="00EF06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5C11F0"/>
  <w14:defaultImageDpi w14:val="300"/>
  <w15:docId w15:val="{281A1CD8-1F10-44B9-B059-AEADBB433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Arial" w:eastAsia="SimSun" w:hAnsi="Arial"/>
      <w:color w:val="1F2937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color w:val="0B67B1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2490</Words>
  <Characters>14194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NBIIC-HI Global Expert &amp; Talent Pool Application Form 2026</dc:title>
  <dc:subject>Application for inclusion in the NBIIC-HI global expert and talent pool</dc:subject>
  <dc:creator>NBIIC-HI</dc:creator>
  <cp:keywords>NBIIC-HI, global expert, talent pool, research fellow, advisor</cp:keywords>
  <dc:description>Version 1.0</dc:description>
  <cp:lastModifiedBy>CHEN DENG</cp:lastModifiedBy>
  <cp:revision>7</cp:revision>
  <dcterms:created xsi:type="dcterms:W3CDTF">2013-12-23T23:15:00Z</dcterms:created>
  <dcterms:modified xsi:type="dcterms:W3CDTF">2026-08-25T05:11:00Z</dcterms:modified>
  <cp:category/>
</cp:coreProperties>
</file>